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부록: 자원봉사자 명단</w:t>
      </w:r>
    </w:p>
    <w:p>
      <w:r>
        <w:rPr>
          <w:i/>
          <w:color w:val="7A7A7A"/>
        </w:rPr>
        <w:t>2026년 가을. 이 표를 고쳐 보세요. 머리글 행을 반복하고, 행이 잘리지 않게 하고, 열 너비를 맞추고, 요일과 이름순으로 정렬하고, 밝은 스타일을 입혀요.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이름</w:t>
            </w:r>
          </w:p>
        </w:tc>
        <w:tc>
          <w:tcPr>
            <w:tcW w:type="dxa" w:w="1234"/>
          </w:tcPr>
          <w:p>
            <w:r>
              <w:rPr>
                <w:b/>
              </w:rPr>
              <w:t>요일</w:t>
            </w:r>
          </w:p>
        </w:tc>
        <w:tc>
          <w:tcPr>
            <w:tcW w:type="dxa" w:w="1234"/>
          </w:tcPr>
          <w:p>
            <w:r>
              <w:rPr>
                <w:b/>
              </w:rPr>
              <w:t>과목</w:t>
            </w:r>
          </w:p>
        </w:tc>
        <w:tc>
          <w:tcPr>
            <w:tcW w:type="dxa" w:w="1234"/>
          </w:tcPr>
          <w:p>
            <w:r>
              <w:rPr>
                <w:b/>
              </w:rPr>
              <w:t>전화</w:t>
            </w:r>
          </w:p>
        </w:tc>
        <w:tc>
          <w:tcPr>
            <w:tcW w:type="dxa" w:w="1234"/>
          </w:tcPr>
          <w:p>
            <w:r>
              <w:rPr>
                <w:b/>
              </w:rPr>
              <w:t>시작일</w:t>
            </w:r>
          </w:p>
        </w:tc>
        <w:tc>
          <w:tcPr>
            <w:tcW w:type="dxa" w:w="1234"/>
          </w:tcPr>
          <w:p>
            <w:r>
              <w:rPr>
                <w:b/>
              </w:rPr>
              <w:t>시간</w:t>
            </w:r>
          </w:p>
        </w:tc>
        <w:tc>
          <w:tcPr>
            <w:tcW w:type="dxa" w:w="1234"/>
          </w:tcPr>
          <w:p>
            <w:r>
              <w:rPr>
                <w:b/>
              </w:rPr>
              <w:t>메모</w:t>
            </w:r>
          </w:p>
        </w:tc>
      </w:tr>
      <w:tr>
        <w:tc>
          <w:tcPr>
            <w:tcW w:type="dxa" w:w="1234"/>
          </w:tcPr>
          <w:p>
            <w:r>
              <w:t>박레오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201-555-0105</w:t>
            </w:r>
          </w:p>
        </w:tc>
        <w:tc>
          <w:tcPr>
            <w:tcW w:type="dxa" w:w="1234"/>
          </w:tcPr>
          <w:p>
            <w:r>
              <w:t>2026-10-09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저학년(3~5학년) 학생을 선호해요</w:t>
            </w:r>
          </w:p>
        </w:tc>
      </w:tr>
      <w:tr>
        <w:tc>
          <w:tcPr>
            <w:tcW w:type="dxa" w:w="1234"/>
          </w:tcPr>
          <w:p>
            <w:r>
              <w:t>이사라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과학</w:t>
            </w:r>
          </w:p>
        </w:tc>
        <w:tc>
          <w:tcPr>
            <w:tcW w:type="dxa" w:w="1234"/>
          </w:tcPr>
          <w:p>
            <w:r>
              <w:t>201-555-0122</w:t>
            </w:r>
          </w:p>
        </w:tc>
        <w:tc>
          <w:tcPr>
            <w:tcW w:type="dxa" w:w="1234"/>
          </w:tcPr>
          <w:p>
            <w:r>
              <w:t>2026-11-20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이번 학기 신규, 처음 두 번은 경험 있는 튜터와 짝을 지어요</w:t>
            </w:r>
          </w:p>
        </w:tc>
      </w:tr>
      <w:tr>
        <w:tc>
          <w:tcPr>
            <w:tcW w:type="dxa" w:w="1234"/>
          </w:tcPr>
          <w:p>
            <w:r>
              <w:t>정샘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시험 대비</w:t>
            </w:r>
          </w:p>
        </w:tc>
        <w:tc>
          <w:tcPr>
            <w:tcW w:type="dxa" w:w="1234"/>
          </w:tcPr>
          <w:p>
            <w:r>
              <w:t>201-555-0139</w:t>
            </w:r>
          </w:p>
        </w:tc>
        <w:tc>
          <w:tcPr>
            <w:tcW w:type="dxa" w:w="1234"/>
          </w:tcPr>
          <w:p>
            <w:r>
              <w:t>2026-12-04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하원 시간에 가족과 스페인어로 이야기해요</w:t>
            </w:r>
          </w:p>
        </w:tc>
      </w:tr>
      <w:tr>
        <w:tc>
          <w:tcPr>
            <w:tcW w:type="dxa" w:w="1234"/>
          </w:tcPr>
          <w:p>
            <w:r>
              <w:t>이에바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201-555-0110</w:t>
            </w:r>
          </w:p>
        </w:tc>
        <w:tc>
          <w:tcPr>
            <w:tcW w:type="dxa" w:w="1234"/>
          </w:tcPr>
          <w:p>
            <w:r>
              <w:t>2026-11-17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정마커스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201-555-0127</w:t>
            </w:r>
          </w:p>
        </w:tc>
        <w:tc>
          <w:tcPr>
            <w:tcW w:type="dxa" w:w="1234"/>
          </w:tcPr>
          <w:p>
            <w:r>
              <w:t>2026-12-01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12월에는 시험 때문에 쉬고 1월 6일에 돌아와요</w:t>
            </w:r>
          </w:p>
        </w:tc>
      </w:tr>
      <w:tr>
        <w:tc>
          <w:tcPr>
            <w:tcW w:type="dxa" w:w="1234"/>
          </w:tcPr>
          <w:p>
            <w:r>
              <w:t>강이사벨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201-555-0144</w:t>
            </w:r>
          </w:p>
        </w:tc>
        <w:tc>
          <w:tcPr>
            <w:tcW w:type="dxa" w:w="1234"/>
          </w:tcPr>
          <w:p>
            <w:r>
              <w:t>2026-09-12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최샘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시험 대비</w:t>
            </w:r>
          </w:p>
        </w:tc>
        <w:tc>
          <w:tcPr>
            <w:tcW w:type="dxa" w:w="1234"/>
          </w:tcPr>
          <w:p>
            <w:r>
              <w:t>201-555-0115</w:t>
            </w:r>
          </w:p>
        </w:tc>
        <w:tc>
          <w:tcPr>
            <w:tcW w:type="dxa" w:w="1234"/>
          </w:tcPr>
          <w:p>
            <w:r>
              <w:t>2026-12-25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저학년(3~5학년) 학생을 선호해요</w:t>
            </w:r>
          </w:p>
        </w:tc>
      </w:tr>
      <w:tr>
        <w:tc>
          <w:tcPr>
            <w:tcW w:type="dxa" w:w="1234"/>
          </w:tcPr>
          <w:p>
            <w:r>
              <w:t>강민아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201-555-0132</w:t>
            </w:r>
          </w:p>
        </w:tc>
        <w:tc>
          <w:tcPr>
            <w:tcW w:type="dxa" w:w="1234"/>
          </w:tcPr>
          <w:p>
            <w:r>
              <w:t>2026-09-09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이번 학기 신규, 처음 두 번은 경험 있는 튜터와 짝을 지어요</w:t>
            </w:r>
          </w:p>
        </w:tc>
      </w:tr>
      <w:tr>
        <w:tc>
          <w:tcPr>
            <w:tcW w:type="dxa" w:w="1234"/>
          </w:tcPr>
          <w:p>
            <w:r>
              <w:t>최마커스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201-555-0103</w:t>
            </w:r>
          </w:p>
        </w:tc>
        <w:tc>
          <w:tcPr>
            <w:tcW w:type="dxa" w:w="1234"/>
          </w:tcPr>
          <w:p>
            <w:r>
              <w:t>2026-12-22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다른 튜터가 빠지면 토요일 시험 대비도 맡을 수 있어요</w:t>
            </w:r>
          </w:p>
        </w:tc>
      </w:tr>
      <w:tr>
        <w:tc>
          <w:tcPr>
            <w:tcW w:type="dxa" w:w="1234"/>
          </w:tcPr>
          <w:p>
            <w:r>
              <w:t>정이사벨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201-555-0120</w:t>
            </w:r>
          </w:p>
        </w:tc>
        <w:tc>
          <w:tcPr>
            <w:tcW w:type="dxa" w:w="1234"/>
          </w:tcPr>
          <w:p>
            <w:r>
              <w:t>2026-09-06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조이선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201-555-0137</w:t>
            </w:r>
          </w:p>
        </w:tc>
        <w:tc>
          <w:tcPr>
            <w:tcW w:type="dxa" w:w="1234"/>
          </w:tcPr>
          <w:p>
            <w:r>
              <w:t>2026-10-17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12월에는 시험 때문에 쉬고 1월 6일에 돌아와요</w:t>
            </w:r>
          </w:p>
        </w:tc>
      </w:tr>
      <w:tr>
        <w:tc>
          <w:tcPr>
            <w:tcW w:type="dxa" w:w="1234"/>
          </w:tcPr>
          <w:p>
            <w:r>
              <w:t>정민아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201-555-0108</w:t>
            </w:r>
          </w:p>
        </w:tc>
        <w:tc>
          <w:tcPr>
            <w:tcW w:type="dxa" w:w="1234"/>
          </w:tcPr>
          <w:p>
            <w:r>
              <w:t>2026-09-03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조소피아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201-555-0125</w:t>
            </w:r>
          </w:p>
        </w:tc>
        <w:tc>
          <w:tcPr>
            <w:tcW w:type="dxa" w:w="1234"/>
          </w:tcPr>
          <w:p>
            <w:r>
              <w:t>2026-10-14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저학년(3~5학년) 학생을 선호해요</w:t>
            </w:r>
          </w:p>
        </w:tc>
      </w:tr>
      <w:tr>
        <w:tc>
          <w:tcPr>
            <w:tcW w:type="dxa" w:w="1234"/>
          </w:tcPr>
          <w:p>
            <w:r>
              <w:t>윤클로이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201-555-0142</w:t>
            </w:r>
          </w:p>
        </w:tc>
        <w:tc>
          <w:tcPr>
            <w:tcW w:type="dxa" w:w="1234"/>
          </w:tcPr>
          <w:p>
            <w:r>
              <w:t>2026-11-25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이번 학기 신규, 처음 두 번은 경험 있는 튜터와 짝을 지어요</w:t>
            </w:r>
          </w:p>
        </w:tc>
      </w:tr>
      <w:tr>
        <w:tc>
          <w:tcPr>
            <w:tcW w:type="dxa" w:w="1234"/>
          </w:tcPr>
          <w:p>
            <w:r>
              <w:t>강이선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201-555-0113</w:t>
            </w:r>
          </w:p>
        </w:tc>
        <w:tc>
          <w:tcPr>
            <w:tcW w:type="dxa" w:w="1234"/>
          </w:tcPr>
          <w:p>
            <w:r>
              <w:t>2026-10-11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다른 튜터가 빠지면 토요일 시험 대비도 맡을 수 있어요</w:t>
            </w:r>
          </w:p>
        </w:tc>
      </w:tr>
      <w:tr>
        <w:tc>
          <w:tcPr>
            <w:tcW w:type="dxa" w:w="1234"/>
          </w:tcPr>
          <w:p>
            <w:r>
              <w:t>윤프리야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과학</w:t>
            </w:r>
          </w:p>
        </w:tc>
        <w:tc>
          <w:tcPr>
            <w:tcW w:type="dxa" w:w="1234"/>
          </w:tcPr>
          <w:p>
            <w:r>
              <w:t>201-555-0130</w:t>
            </w:r>
          </w:p>
        </w:tc>
        <w:tc>
          <w:tcPr>
            <w:tcW w:type="dxa" w:w="1234"/>
          </w:tcPr>
          <w:p>
            <w:r>
              <w:t>2026-11-22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강소피아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201-555-0101</w:t>
            </w:r>
          </w:p>
        </w:tc>
        <w:tc>
          <w:tcPr>
            <w:tcW w:type="dxa" w:w="1234"/>
          </w:tcPr>
          <w:p>
            <w:r>
              <w:t>2026-10-08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조클로이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201-555-0118</w:t>
            </w:r>
          </w:p>
        </w:tc>
        <w:tc>
          <w:tcPr>
            <w:tcW w:type="dxa" w:w="1234"/>
          </w:tcPr>
          <w:p>
            <w:r>
              <w:t>2026-11-19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장준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201-555-0135</w:t>
            </w:r>
          </w:p>
        </w:tc>
        <w:tc>
          <w:tcPr>
            <w:tcW w:type="dxa" w:w="1234"/>
          </w:tcPr>
          <w:p>
            <w:r>
              <w:t>2026-12-03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저학년(3~5학년) 학생을 선호해요</w:t>
            </w:r>
          </w:p>
        </w:tc>
      </w:tr>
      <w:tr>
        <w:tc>
          <w:tcPr>
            <w:tcW w:type="dxa" w:w="1234"/>
          </w:tcPr>
          <w:p>
            <w:r>
              <w:t>조프리야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과학</w:t>
            </w:r>
          </w:p>
        </w:tc>
        <w:tc>
          <w:tcPr>
            <w:tcW w:type="dxa" w:w="1234"/>
          </w:tcPr>
          <w:p>
            <w:r>
              <w:t>201-555-0106</w:t>
            </w:r>
          </w:p>
        </w:tc>
        <w:tc>
          <w:tcPr>
            <w:tcW w:type="dxa" w:w="1234"/>
          </w:tcPr>
          <w:p>
            <w:r>
              <w:t>2026-11-16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윤테오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시험 대비</w:t>
            </w:r>
          </w:p>
        </w:tc>
        <w:tc>
          <w:tcPr>
            <w:tcW w:type="dxa" w:w="1234"/>
          </w:tcPr>
          <w:p>
            <w:r>
              <w:t>201-555-0123</w:t>
            </w:r>
          </w:p>
        </w:tc>
        <w:tc>
          <w:tcPr>
            <w:tcW w:type="dxa" w:w="1234"/>
          </w:tcPr>
          <w:p>
            <w:r>
              <w:t>2026-12-27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다른 튜터가 빠지면 토요일 시험 대비도 맡을 수 있어요</w:t>
            </w:r>
          </w:p>
        </w:tc>
      </w:tr>
      <w:tr>
        <w:tc>
          <w:tcPr>
            <w:tcW w:type="dxa" w:w="1234"/>
          </w:tcPr>
          <w:p>
            <w:r>
              <w:t>임유나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201-555-0140</w:t>
            </w:r>
          </w:p>
        </w:tc>
        <w:tc>
          <w:tcPr>
            <w:tcW w:type="dxa" w:w="1234"/>
          </w:tcPr>
          <w:p>
            <w:r>
              <w:t>2026-09-11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윤준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201-555-0111</w:t>
            </w:r>
          </w:p>
        </w:tc>
        <w:tc>
          <w:tcPr>
            <w:tcW w:type="dxa" w:w="1234"/>
          </w:tcPr>
          <w:p>
            <w:r>
              <w:t>2026-12-24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임하나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201-555-0128</w:t>
            </w:r>
          </w:p>
        </w:tc>
        <w:tc>
          <w:tcPr>
            <w:tcW w:type="dxa" w:w="1234"/>
          </w:tcPr>
          <w:p>
            <w:r>
              <w:t>2026-09-08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한라이언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201-555-0145</w:t>
            </w:r>
          </w:p>
        </w:tc>
        <w:tc>
          <w:tcPr>
            <w:tcW w:type="dxa" w:w="1234"/>
          </w:tcPr>
          <w:p>
            <w:r>
              <w:t>2026-10-19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저학년(3~5학년) 학생을 선호해요</w:t>
            </w:r>
          </w:p>
        </w:tc>
      </w:tr>
      <w:tr>
        <w:tc>
          <w:tcPr>
            <w:tcW w:type="dxa" w:w="1234"/>
          </w:tcPr>
          <w:p>
            <w:r>
              <w:t>장유나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201-555-0116</w:t>
            </w:r>
          </w:p>
        </w:tc>
        <w:tc>
          <w:tcPr>
            <w:tcW w:type="dxa" w:w="1234"/>
          </w:tcPr>
          <w:p>
            <w:r>
              <w:t>2026-09-05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한카를로스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201-555-0133</w:t>
            </w:r>
          </w:p>
        </w:tc>
        <w:tc>
          <w:tcPr>
            <w:tcW w:type="dxa" w:w="1234"/>
          </w:tcPr>
          <w:p>
            <w:r>
              <w:t>2026-10-16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다른 튜터가 빠지면 토요일 시험 대비도 맡을 수 있어요</w:t>
            </w:r>
          </w:p>
        </w:tc>
      </w:tr>
      <w:tr>
        <w:tc>
          <w:tcPr>
            <w:tcW w:type="dxa" w:w="1234"/>
          </w:tcPr>
          <w:p>
            <w:r>
              <w:t>장하나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201-555-0104</w:t>
            </w:r>
          </w:p>
        </w:tc>
        <w:tc>
          <w:tcPr>
            <w:tcW w:type="dxa" w:w="1234"/>
          </w:tcPr>
          <w:p>
            <w:r>
              <w:t>2026-09-02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임라이언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201-555-0121</w:t>
            </w:r>
          </w:p>
        </w:tc>
        <w:tc>
          <w:tcPr>
            <w:tcW w:type="dxa" w:w="1234"/>
          </w:tcPr>
          <w:p>
            <w:r>
              <w:t>2026-10-13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오루시아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과학</w:t>
            </w:r>
          </w:p>
        </w:tc>
        <w:tc>
          <w:tcPr>
            <w:tcW w:type="dxa" w:w="1234"/>
          </w:tcPr>
          <w:p>
            <w:r>
              <w:t>201-555-0138</w:t>
            </w:r>
          </w:p>
        </w:tc>
        <w:tc>
          <w:tcPr>
            <w:tcW w:type="dxa" w:w="1234"/>
          </w:tcPr>
          <w:p>
            <w:r>
              <w:t>2026-11-24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임카를로스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201-555-0109</w:t>
            </w:r>
          </w:p>
        </w:tc>
        <w:tc>
          <w:tcPr>
            <w:tcW w:type="dxa" w:w="1234"/>
          </w:tcPr>
          <w:p>
            <w:r>
              <w:t>2026-10-10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하원 시간에 가족과 스페인어로 이야기해요</w:t>
            </w:r>
          </w:p>
        </w:tc>
      </w:tr>
      <w:tr>
        <w:tc>
          <w:tcPr>
            <w:tcW w:type="dxa" w:w="1234"/>
          </w:tcPr>
          <w:p>
            <w:r>
              <w:t>오그레이스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201-555-0126</w:t>
            </w:r>
          </w:p>
        </w:tc>
        <w:tc>
          <w:tcPr>
            <w:tcW w:type="dxa" w:w="1234"/>
          </w:tcPr>
          <w:p>
            <w:r>
              <w:t>2026-11-21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김벤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201-555-0143</w:t>
            </w:r>
          </w:p>
        </w:tc>
        <w:tc>
          <w:tcPr>
            <w:tcW w:type="dxa" w:w="1234"/>
          </w:tcPr>
          <w:p>
            <w:r>
              <w:t>2026-12-05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다른 튜터가 빠지면 토요일 시험 대비도 맡을 수 있어요</w:t>
            </w:r>
          </w:p>
        </w:tc>
      </w:tr>
      <w:tr>
        <w:tc>
          <w:tcPr>
            <w:tcW w:type="dxa" w:w="1234"/>
          </w:tcPr>
          <w:p>
            <w:r>
              <w:t>한루시아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과학</w:t>
            </w:r>
          </w:p>
        </w:tc>
        <w:tc>
          <w:tcPr>
            <w:tcW w:type="dxa" w:w="1234"/>
          </w:tcPr>
          <w:p>
            <w:r>
              <w:t>201-555-0114</w:t>
            </w:r>
          </w:p>
        </w:tc>
        <w:tc>
          <w:tcPr>
            <w:tcW w:type="dxa" w:w="1234"/>
          </w:tcPr>
          <w:p>
            <w:r>
              <w:t>2026-11-18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김오언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시험 대비</w:t>
            </w:r>
          </w:p>
        </w:tc>
        <w:tc>
          <w:tcPr>
            <w:tcW w:type="dxa" w:w="1234"/>
          </w:tcPr>
          <w:p>
            <w:r>
              <w:t>201-555-0131</w:t>
            </w:r>
          </w:p>
        </w:tc>
        <w:tc>
          <w:tcPr>
            <w:tcW w:type="dxa" w:w="1234"/>
          </w:tcPr>
          <w:p>
            <w:r>
              <w:t>2026-12-02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한그레이스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201-555-0102</w:t>
            </w:r>
          </w:p>
        </w:tc>
        <w:tc>
          <w:tcPr>
            <w:tcW w:type="dxa" w:w="1234"/>
          </w:tcPr>
          <w:p>
            <w:r>
              <w:t>2026-11-15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이번 학기 신규, 처음 두 번은 경험 있는 튜터와 짝을 지어요</w:t>
            </w:r>
          </w:p>
        </w:tc>
      </w:tr>
      <w:tr>
        <w:tc>
          <w:tcPr>
            <w:tcW w:type="dxa" w:w="1234"/>
          </w:tcPr>
          <w:p>
            <w:r>
              <w:t>오벤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읽기</w:t>
            </w:r>
          </w:p>
        </w:tc>
        <w:tc>
          <w:tcPr>
            <w:tcW w:type="dxa" w:w="1234"/>
          </w:tcPr>
          <w:p>
            <w:r>
              <w:t>201-555-0119</w:t>
            </w:r>
          </w:p>
        </w:tc>
        <w:tc>
          <w:tcPr>
            <w:tcW w:type="dxa" w:w="1234"/>
          </w:tcPr>
          <w:p>
            <w:r>
              <w:t>2026-12-26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하원 시간에 가족과 스페인어로 이야기해요</w:t>
            </w:r>
          </w:p>
        </w:tc>
      </w:tr>
      <w:tr>
        <w:tc>
          <w:tcPr>
            <w:tcW w:type="dxa" w:w="1234"/>
          </w:tcPr>
          <w:p>
            <w:r>
              <w:t>박노라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201-555-0136</w:t>
            </w:r>
          </w:p>
        </w:tc>
        <w:tc>
          <w:tcPr>
            <w:tcW w:type="dxa" w:w="1234"/>
          </w:tcPr>
          <w:p>
            <w:r>
              <w:t>2026-09-10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오오언</w:t>
            </w:r>
          </w:p>
        </w:tc>
        <w:tc>
          <w:tcPr>
            <w:tcW w:type="dxa" w:w="1234"/>
          </w:tcPr>
          <w:p>
            <w:r>
              <w:t>화/목</w:t>
            </w:r>
          </w:p>
        </w:tc>
        <w:tc>
          <w:tcPr>
            <w:tcW w:type="dxa" w:w="1234"/>
          </w:tcPr>
          <w:p>
            <w:r>
              <w:t>시험 대비</w:t>
            </w:r>
          </w:p>
        </w:tc>
        <w:tc>
          <w:tcPr>
            <w:tcW w:type="dxa" w:w="1234"/>
          </w:tcPr>
          <w:p>
            <w:r>
              <w:t>201-555-0107</w:t>
            </w:r>
          </w:p>
        </w:tc>
        <w:tc>
          <w:tcPr>
            <w:tcW w:type="dxa" w:w="1234"/>
          </w:tcPr>
          <w:p>
            <w:r>
              <w:t>2026-12-23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12월에는 시험 때문에 쉬고 1월 6일에 돌아와요</w:t>
            </w:r>
          </w:p>
        </w:tc>
      </w:tr>
      <w:tr>
        <w:tc>
          <w:tcPr>
            <w:tcW w:type="dxa" w:w="1234"/>
          </w:tcPr>
          <w:p>
            <w:r>
              <w:t>박다니엘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201-555-0124</w:t>
            </w:r>
          </w:p>
        </w:tc>
        <w:tc>
          <w:tcPr>
            <w:tcW w:type="dxa" w:w="1234"/>
          </w:tcPr>
          <w:p>
            <w:r>
              <w:t>2026-09-07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이마테오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201-555-0141</w:t>
            </w:r>
          </w:p>
        </w:tc>
        <w:tc>
          <w:tcPr>
            <w:tcW w:type="dxa" w:w="1234"/>
          </w:tcPr>
          <w:p>
            <w:r>
              <w:t>2026-10-18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김노라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글쓰기</w:t>
            </w:r>
          </w:p>
        </w:tc>
        <w:tc>
          <w:tcPr>
            <w:tcW w:type="dxa" w:w="1234"/>
          </w:tcPr>
          <w:p>
            <w:r>
              <w:t>201-555-0112</w:t>
            </w:r>
          </w:p>
        </w:tc>
        <w:tc>
          <w:tcPr>
            <w:tcW w:type="dxa" w:w="1234"/>
          </w:tcPr>
          <w:p>
            <w:r>
              <w:t>2026-09-04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이번 학기 신규, 처음 두 번은 경험 있는 튜터와 짝을 지어요</w:t>
            </w:r>
          </w:p>
        </w:tc>
      </w:tr>
      <w:tr>
        <w:tc>
          <w:tcPr>
            <w:tcW w:type="dxa" w:w="1234"/>
          </w:tcPr>
          <w:p>
            <w:r>
              <w:t>이레오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한국어</w:t>
            </w:r>
          </w:p>
        </w:tc>
        <w:tc>
          <w:tcPr>
            <w:tcW w:type="dxa" w:w="1234"/>
          </w:tcPr>
          <w:p>
            <w:r>
              <w:t>201-555-0129</w:t>
            </w:r>
          </w:p>
        </w:tc>
        <w:tc>
          <w:tcPr>
            <w:tcW w:type="dxa" w:w="1234"/>
          </w:tcPr>
          <w:p>
            <w:r>
              <w:t>2026-10-15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하원 시간에 가족과 스페인어로 이야기해요</w:t>
            </w:r>
          </w:p>
        </w:tc>
      </w:tr>
      <w:tr>
        <w:tc>
          <w:tcPr>
            <w:tcW w:type="dxa" w:w="1234"/>
          </w:tcPr>
          <w:p>
            <w:r>
              <w:t>김다니엘</w:t>
            </w:r>
          </w:p>
        </w:tc>
        <w:tc>
          <w:tcPr>
            <w:tcW w:type="dxa" w:w="1234"/>
          </w:tcPr>
          <w:p>
            <w:r>
              <w:t>화요일</w:t>
            </w:r>
          </w:p>
        </w:tc>
        <w:tc>
          <w:tcPr>
            <w:tcW w:type="dxa" w:w="1234"/>
          </w:tcPr>
          <w:p>
            <w:r>
              <w:t>수학</w:t>
            </w:r>
          </w:p>
        </w:tc>
        <w:tc>
          <w:tcPr>
            <w:tcW w:type="dxa" w:w="1234"/>
          </w:tcPr>
          <w:p>
            <w:r>
              <w:t>201-555-0100</w:t>
            </w:r>
          </w:p>
        </w:tc>
        <w:tc>
          <w:tcPr>
            <w:tcW w:type="dxa" w:w="1234"/>
          </w:tcPr>
          <w:p>
            <w:r>
              <w:t>2026-09-01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박마테오</w:t>
            </w:r>
          </w:p>
        </w:tc>
        <w:tc>
          <w:tcPr>
            <w:tcW w:type="dxa" w:w="1234"/>
          </w:tcPr>
          <w:p>
            <w:r>
              <w:t>목요일</w:t>
            </w:r>
          </w:p>
        </w:tc>
        <w:tc>
          <w:tcPr>
            <w:tcW w:type="dxa" w:w="1234"/>
          </w:tcPr>
          <w:p>
            <w:r>
              <w:t>숙제 도움</w:t>
            </w:r>
          </w:p>
        </w:tc>
        <w:tc>
          <w:tcPr>
            <w:tcW w:type="dxa" w:w="1234"/>
          </w:tcPr>
          <w:p>
            <w:r>
              <w:t>201-555-0117</w:t>
            </w:r>
          </w:p>
        </w:tc>
        <w:tc>
          <w:tcPr>
            <w:tcW w:type="dxa" w:w="1234"/>
          </w:tcPr>
          <w:p>
            <w:r>
              <w:t>2026-10-12</w:t>
            </w:r>
          </w:p>
        </w:tc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12월에는 시험 때문에 쉬고 1월 6일에 돌아와요</w:t>
            </w:r>
          </w:p>
        </w:tc>
      </w:tr>
      <w:tr>
        <w:tc>
          <w:tcPr>
            <w:tcW w:type="dxa" w:w="1234"/>
          </w:tcPr>
          <w:p>
            <w:r>
              <w:t>최에바</w:t>
            </w:r>
          </w:p>
        </w:tc>
        <w:tc>
          <w:tcPr>
            <w:tcW w:type="dxa" w:w="1234"/>
          </w:tcPr>
          <w:p>
            <w:r>
              <w:t>토요일</w:t>
            </w:r>
          </w:p>
        </w:tc>
        <w:tc>
          <w:tcPr>
            <w:tcW w:type="dxa" w:w="1234"/>
          </w:tcPr>
          <w:p>
            <w:r>
              <w:t>스페인어</w:t>
            </w:r>
          </w:p>
        </w:tc>
        <w:tc>
          <w:tcPr>
            <w:tcW w:type="dxa" w:w="1234"/>
          </w:tcPr>
          <w:p>
            <w:r>
              <w:t>201-555-0134</w:t>
            </w:r>
          </w:p>
        </w:tc>
        <w:tc>
          <w:tcPr>
            <w:tcW w:type="dxa" w:w="1234"/>
          </w:tcPr>
          <w:p>
            <w:r>
              <w:t>2026-11-23</w:t>
            </w:r>
          </w:p>
        </w:tc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/>
          </w:p>
        </w:tc>
      </w:tr>
    </w:tbl>
    <w:p>
      <w:pPr>
        <w:pStyle w:val="Heading2"/>
      </w:pPr>
      <w:r>
        <w:t>테이블마다 있는 준비물</w:t>
      </w:r>
    </w:p>
    <w:p>
      <w:r>
        <w:rPr>
          <w:i/>
          <w:color w:val="7A7A7A"/>
        </w:rPr>
        <w:t>아래 줄들을 텍스트를 표로 변환(탭으로 구분)으로 표로 바꾸세요.</w:t>
      </w:r>
    </w:p>
    <w:p>
      <w:r>
        <w:t>물품</w:t>
        <w:tab/>
        <w:t>개수</w:t>
        <w:tab/>
        <w:t>채우는 사람</w:t>
      </w:r>
    </w:p>
    <w:p>
      <w:r>
        <w:t>연필</w:t>
        <w:tab/>
        <w:t>12</w:t>
        <w:tab/>
        <w:t>수업 담당자</w:t>
      </w:r>
    </w:p>
    <w:p>
      <w:r>
        <w:t>계산기</w:t>
        <w:tab/>
        <w:t>4</w:t>
        <w:tab/>
        <w:t>수학 담당</w:t>
      </w:r>
    </w:p>
    <w:p>
      <w:r>
        <w:t>연습장</w:t>
        <w:tab/>
        <w:t>1권</w:t>
        <w:tab/>
        <w:t>수업 담당자</w:t>
      </w:r>
    </w:p>
    <w:p>
      <w:r>
        <w:t>문제집(3~8학년)</w:t>
        <w:tab/>
        <w:t>6</w:t>
        <w:tab/>
        <w:t>읽기 담당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안내서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안내서: 자원봉사자 명단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