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D93"/>
          <w:sz w:val="40"/>
        </w:rPr>
        <w:t>3장: 자원봉사자 안내</w:t>
      </w:r>
    </w:p>
    <w:p/>
    <w:p/>
    <w:p>
      <w:r>
        <w:t>과외 동아리에서 자원봉사해 주셔서 감사해요. 이 장에서는 수업 전, 수업 중, 수업 후에 할 일을 안내해요.</w:t>
      </w:r>
    </w:p>
    <w:p/>
    <w:p>
      <w:r>
        <w:rPr>
          <w:b/>
          <w:sz w:val="28"/>
        </w:rPr>
        <w:t>첫 수업 전에</w:t>
      </w:r>
    </w:p>
    <w:p>
      <w:r>
        <w:t>1. 안내 데스크에서 출석을 확인하고 이름표를 받아요.</w:t>
      </w:r>
    </w:p>
    <w:p>
      <w:r>
        <w:t>2. 함께 공부할 학생의 폴더를 읽어요.</w:t>
      </w:r>
    </w:p>
    <w:p>
      <w:r>
        <w:t>3. 궁금한 점은 코디네이터에게 물어봐요.</w:t>
      </w:r>
    </w:p>
    <w:p>
      <w:r>
        <w:t>자원봉사자 규정 전체를 보려면 여기를 클릭하세요: www.example.org/volunteer-policy</w:t>
      </w:r>
    </w:p>
    <w:p/>
    <w:p/>
    <w:p>
      <w:r>
        <w:rPr>
          <w:b/>
          <w:sz w:val="28"/>
        </w:rPr>
        <w:t>주간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요일</w:t>
            </w:r>
          </w:p>
        </w:tc>
        <w:tc>
          <w:tcPr>
            <w:tcW w:type="dxa" w:w="2160"/>
          </w:tcPr>
          <w:p>
            <w:r>
              <w:t>시간</w:t>
            </w:r>
          </w:p>
        </w:tc>
        <w:tc>
          <w:tcPr>
            <w:tcW w:type="dxa" w:w="2160"/>
          </w:tcPr>
          <w:p>
            <w:r>
              <w:t>교실</w:t>
            </w:r>
          </w:p>
        </w:tc>
        <w:tc>
          <w:tcPr>
            <w:tcW w:type="dxa" w:w="2160"/>
          </w:tcPr>
          <w:p>
            <w:r>
              <w:t>담당 튜터</w:t>
            </w:r>
          </w:p>
        </w:tc>
      </w:tr>
      <w:tr>
        <w:tc>
          <w:tcPr>
            <w:tcW w:type="dxa" w:w="2160"/>
          </w:tcPr>
          <w:p>
            <w:r>
              <w:t>화요일</w:t>
            </w:r>
          </w:p>
        </w:tc>
        <w:tc>
          <w:tcPr>
            <w:tcW w:type="dxa" w:w="2160"/>
          </w:tcPr>
          <w:p>
            <w:r>
              <w:t>오후 3:30~5:00</w:t>
            </w:r>
          </w:p>
        </w:tc>
        <w:tc>
          <w:tcPr>
            <w:tcW w:type="dxa" w:w="2160"/>
          </w:tcPr>
          <w:p>
            <w:r>
              <w:t>204호</w:t>
            </w:r>
          </w:p>
        </w:tc>
        <w:tc>
          <w:tcPr>
            <w:tcW w:type="dxa" w:w="2160"/>
          </w:tcPr>
          <w:p>
            <w:r>
              <w:t>박소피아</w:t>
            </w:r>
          </w:p>
        </w:tc>
      </w:tr>
      <w:tr>
        <w:tc>
          <w:tcPr>
            <w:tcW w:type="dxa" w:w="2160"/>
          </w:tcPr>
          <w:p>
            <w:r>
              <w:t>목요일</w:t>
            </w:r>
          </w:p>
        </w:tc>
        <w:tc>
          <w:tcPr>
            <w:tcW w:type="dxa" w:w="2160"/>
          </w:tcPr>
          <w:p>
            <w:r>
              <w:t>오후 3:30~5:00</w:t>
            </w:r>
          </w:p>
        </w:tc>
        <w:tc>
          <w:tcPr>
            <w:tcW w:type="dxa" w:w="2160"/>
          </w:tcPr>
          <w:p>
            <w:r>
              <w:t>204호</w:t>
            </w:r>
          </w:p>
        </w:tc>
        <w:tc>
          <w:tcPr>
            <w:tcW w:type="dxa" w:w="2160"/>
          </w:tcPr>
          <w:p>
            <w:r>
              <w:t>이그레이스</w:t>
            </w:r>
          </w:p>
        </w:tc>
      </w:tr>
    </w:tbl>
    <w:p>
      <w:r>
        <w:t>빨간색 날짜는 휴강이에요.</w:t>
      </w:r>
    </w:p>
    <w:p>
      <w:r>
        <w:rPr>
          <w:color w:val="C00000"/>
        </w:rPr>
        <w:t>11월 26일 목요일</w:t>
      </w:r>
    </w:p>
    <w:p>
      <w:r>
        <w:t>12월 1일 화요일</w:t>
      </w:r>
    </w:p>
    <w:p/>
    <w:p>
      <w:r>
        <w:rPr>
          <w:b/>
          <w:sz w:val="28"/>
        </w:rPr>
        <w:t>안전과 개인 정보</w:t>
      </w:r>
    </w:p>
    <w:p>
      <w:r>
        <w:t>학생 사진을 찍지 말고, 학생의 성적이나 전화번호를 동아리 밖에 알리지 마세요.</w:t>
      </w:r>
    </w:p>
    <w:p>
      <w:r>
        <w:rPr>
          <w:color w:val="BFBFBF"/>
          <w:sz w:val="18"/>
        </w:rPr>
        <w:t>중요: 보호자가 늦게 데리러 오면 학생과 함께 기다리고 안내 데스크 (201) 555-0148로 전화하세요.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포트리 커뮤니티 센터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2026-27 과외 안내서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안내서_3장_v2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