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</w:t>
      </w:r>
    </w:p>
    <w:p>
      <w:r>
        <w:rPr>
          <w:i/>
        </w:rPr>
        <w:t>포트리 커뮤니티 센터 · 204호 · 매주 화, 목 오후 3시 30분~5시</w:t>
      </w:r>
    </w:p>
    <w:p>
      <w:r>
        <w:t>2026년 10월 6일</w:t>
      </w:r>
    </w:p>
    <w:p>
      <w:r>
        <w:t>김다니엘 학생 보호자님께,</w:t>
      </w:r>
    </w:p>
    <w:p>
      <w:r>
        <w:t>포트리 커뮤니티 센터 과외 동아리에서 첫 달을 잘 마칠 수 있게 도와주셔서 감사해요. 다니엘은 지금까지 독서 기록지를 한 번도 빠짐없이 냈고, 담당 튜터 말로는 모둠에서 가장 좋은 질문을 한대요. 다음 달에는 짧은 독후감 쓰기를 시작하니, 다니엘이 재미있게 읽을 책을 고를 수 있게 도와주세요.</w:t>
      </w:r>
    </w:p>
    <w:p>
      <w:r>
        <w:t>포트리 커뮤니티 센터 과외 동아리에 대해 궁금한 점이 있으면 아래 연락처로 연락 주세요.</w:t>
      </w:r>
    </w:p>
    <w:p>
      <w:r>
        <w:t>감사합니다.</w:t>
      </w:r>
    </w:p>
    <w:p>
      <w:r>
        <w:rPr>
          <w:b/>
        </w:rPr>
        <w:t>이그레이스</w:t>
      </w:r>
    </w:p>
    <w:p>
      <w:r>
        <w:t>과외 동아리 자원봉사 코디네이터</w:t>
      </w:r>
    </w:p>
    <w:p>
      <w:r>
        <w:t>포트리 커뮤니티 센터</w:t>
      </w:r>
    </w:p>
    <w:p>
      <w:pPr>
        <w:pStyle w:val="Heading2"/>
      </w:pPr>
      <w:r>
        <w:t>궁금한 점이 있으면 연락 주세요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4320"/>
          </w:tcPr>
          <w:p>
            <w:r>
              <w:rPr>
                <w:b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t>전화</w:t>
            </w:r>
          </w:p>
        </w:tc>
        <w:tc>
          <w:tcPr>
            <w:tcW w:type="dxa" w:w="4320"/>
          </w:tcPr>
          <w:p>
            <w:r>
              <w:t>(201) 555-0148</w:t>
            </w:r>
          </w:p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>
            <w:r>
              <w:t>tutoring@example.org</w:t>
            </w:r>
          </w:p>
        </w:tc>
      </w:tr>
      <w:tr>
        <w:tc>
          <w:tcPr>
            <w:tcW w:type="dxa" w:w="4320"/>
          </w:tcPr>
          <w:p>
            <w:r>
              <w:t>안내 데스크 운영 시간</w:t>
            </w:r>
          </w:p>
        </w:tc>
        <w:tc>
          <w:tcPr>
            <w:tcW w:type="dxa" w:w="4320"/>
          </w:tcPr>
          <w:p>
            <w:r>
              <w:t>월요일~금요일 오후 2시~6시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 · 포트리 커뮤니티 센터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- 가정 편지 (연습)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