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2. 수업 규칙</w:t>
      </w:r>
    </w:p>
    <w:p>
      <w:r>
        <w:rPr>
          <w:i/>
          <w:color w:val="7A7A7A"/>
        </w:rPr>
        <w:t>작성: 아나 토레스. 고치기 전에 변경 내용 추적을 켜고, 질문은 메모로 남겨 주세요.</w:t>
      </w:r>
    </w:p>
    <w:p>
      <w:pPr>
        <w:pStyle w:val="Heading2"/>
      </w:pPr>
      <w:r>
        <w:t>도착</w:t>
      </w:r>
    </w:p>
    <w:p>
      <w:r>
        <w:t>수업은 오후 3시에 포트리 커뮤니티 센터 204호에서 시작해요. 모두 제시간에 시작할 수 있도록 5분 일찍 와 주세요.</w:t>
      </w:r>
    </w:p>
    <w:p>
      <w:r>
        <w:t>학생과 튜터는 모두 이름표를 달아요. 이름표는 문 옆 파란 상자에 있어요. 학생과 튜터는 모두 이름표를 달아요.</w:t>
      </w:r>
    </w:p>
    <w:p>
      <w:pPr>
        <w:pStyle w:val="Heading2"/>
      </w:pPr>
      <w:r>
        <w:t>수업 중</w:t>
      </w:r>
    </w:p>
    <w:p>
      <w:pPr>
        <w:pStyle w:val="ListBullet"/>
      </w:pPr>
      <w:r>
        <w:t>숙제, 학교 플래너, 필기도구를 가져와요.</w:t>
      </w:r>
    </w:p>
    <w:p>
      <w:pPr>
        <w:pStyle w:val="ListBullet"/>
      </w:pPr>
      <w:r>
        <w:t>조용히 말해요. 같은 교실에서 다른 모둠도 공부하고 있어요.</w:t>
      </w:r>
    </w:p>
    <w:p>
      <w:pPr>
        <w:pStyle w:val="ListBullet"/>
      </w:pPr>
      <w:r>
        <w:t>프린터를 쓰기 전에 튜터에게 물어봐요.</w:t>
      </w:r>
    </w:p>
    <w:p>
      <w:pPr>
        <w:pStyle w:val="ListBullet"/>
      </w:pPr>
      <w:r>
        <w:t>노트북과 태블릿은 학교 공부에만 써요.</w:t>
      </w:r>
    </w:p>
    <w:p>
      <w:r>
        <w:t>꾸준한 출석율이 중요해요. 올 수 없다면 수업 당일 정오까지 코디네이터에게 알려 주세요.</w:t>
      </w:r>
    </w:p>
    <w:p>
      <w:pPr>
        <w:pStyle w:val="Heading2"/>
      </w:pPr>
      <w:r>
        <w:t>늦은 하원</w:t>
      </w:r>
    </w:p>
    <w:p>
      <w:r>
        <w:t>수업은 오후 5시에 끝나요. 수업이 끝나면 부모님이 안내 데스크에서 퇴실 서명을 해야 해요. 안내 데스크에 서명한 허락서가 없으면 학생 혼자 건물을 나갈 수 없어요.</w:t>
      </w:r>
    </w:p>
    <w:p>
      <w:r>
        <w:t>오후 5시 15분까지 아무도 오지 않으면 코디네이터가 신청서에 적힌 비상 연락처로 전화해요.</w:t>
      </w:r>
    </w:p>
    <w:p>
      <w:pPr>
        <w:pStyle w:val="Heading2"/>
      </w:pPr>
      <w:r>
        <w:t>간식</w:t>
      </w:r>
    </w:p>
    <w:p>
      <w:r>
        <w:t>물병은 가져와도 돼요. 알레르기가 있는 학생이 있으니 견과류가 든 음식은 가져오지 마세요. 목요일에는 동아리에서 간단한 간식을 준비해요.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2장 · 수업 규칙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과외 안내서 · 검토용 초안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과외 안내서 - 수업 규칙 (검토용 초안)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