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 안내서</w:t>
      </w:r>
    </w:p>
    <w:p>
      <w:r>
        <w:rPr>
          <w:i/>
        </w:rPr>
        <w:t>포트리 커뮤니티 센터, 2026년 가을</w:t>
      </w:r>
    </w:p>
    <w:p>
      <w:pPr>
        <w:pageBreakBefore/>
      </w:pPr>
      <w:r>
        <w:rPr>
          <w:b/>
          <w:sz w:val="32"/>
        </w:rPr>
        <w:t>목차</w:t>
      </w:r>
    </w:p>
    <w:p>
      <w:r>
        <w:t>1. 환영합니다 ........................................ 2</w:t>
      </w:r>
    </w:p>
    <w:p>
      <w:r>
        <w:t>2. 수업 규칙 ............................................ 3</w:t>
      </w:r>
    </w:p>
    <w:p>
      <w:r>
        <w:t>3. 자원봉사자 안내 ............................. 3</w:t>
      </w:r>
    </w:p>
    <w:p>
      <w:r>
        <w:t>4. 과목과 자료 ....................................... 5</w:t>
      </w:r>
    </w:p>
    <w:p>
      <w:r>
        <w:t>5. 일정 ...................................................... 6</w:t>
      </w:r>
    </w:p>
    <w:p>
      <w:r>
        <w:t>6. 연락처 .................................................. 7</w:t>
      </w:r>
    </w:p>
    <w:p>
      <w:pPr>
        <w:pStyle w:val="Heading1"/>
        <w:pageBreakBefore/>
      </w:pPr>
      <w:r>
        <w:t>1. 환영합니다</w:t>
      </w:r>
    </w:p>
    <w:p>
      <w:r>
        <w:t>과외 동아리에 오신 것을 환영해요! 이 안내서는 자원봉사자와 가족을 위한 것이에요. 방과 후 수업이 어떻게 진행되는지, 모두에게 무엇을 기대하는지, 궁금한 점은 누구에게 물어보면 되는지 담았어요.</w:t>
      </w:r>
    </w:p>
    <w:p>
      <w:r>
        <w:t>주간 수업 시간은 6쪽의 표 3에 있어요. 자원봉사자 연락처는 표 4에 있어요.</w:t>
      </w:r>
    </w:p>
    <w:p>
      <w:pPr>
        <w:pStyle w:val="Heading1"/>
        <w:pageBreakBefore/>
      </w:pPr>
      <w:r>
        <w:t>2. 수업 규칙</w:t>
      </w:r>
    </w:p>
    <w:p>
      <w:r>
        <w:t>모든 수업은 같은 순서로 진행돼서, 학생들이 늘 무엇을 할지 알 수 있어요.</w:t>
      </w:r>
    </w:p>
    <w:p>
      <w:pPr>
        <w:pStyle w:val="Heading2"/>
      </w:pPr>
      <w:r>
        <w:t>출석과 귀가</w:t>
      </w:r>
    </w:p>
    <w:p>
      <w:pPr>
        <w:pStyle w:val="ListBullet"/>
      </w:pPr>
      <w:r>
        <w:t>도착하면 안내 데스크에서 출석해요.</w:t>
      </w:r>
    </w:p>
    <w:p>
      <w:pPr>
        <w:pStyle w:val="ListBullet"/>
      </w:pPr>
      <w:r>
        <w:t>일찍 가야 하면 자원봉사자에게 먼저 말해요.</w:t>
      </w:r>
    </w:p>
    <w:p>
      <w:pPr>
        <w:pStyle w:val="ListBullet"/>
      </w:pPr>
      <w:r>
        <w:t>오후 5시 이후에는 가족이 학생의 귀가를 확인해요.</w:t>
      </w:r>
    </w:p>
    <w:p>
      <w:pPr>
        <w:pStyle w:val="Heading2"/>
      </w:pPr>
      <w:r>
        <w:t>테이블에서</w:t>
      </w:r>
    </w:p>
    <w:p>
      <w:pPr>
        <w:pStyle w:val="ListBullet"/>
      </w:pPr>
      <w:r>
        <w:t>휴대폰은 무음으로 해요.</w:t>
      </w:r>
    </w:p>
    <w:p>
      <w:pPr>
        <w:pStyle w:val="ListBullet"/>
      </w:pPr>
      <w:r>
        <w:t>숙제와 학교 플래너를 가져와요.</w:t>
      </w:r>
    </w:p>
    <w:p>
      <w:pPr>
        <w:pStyle w:val="ListBullet"/>
      </w:pPr>
      <w:r>
        <w:t>가기 전에 자리를 정리해요.</w:t>
      </w:r>
    </w:p>
    <w:p>
      <w:pPr>
        <w:pStyle w:val="Heading1"/>
        <w:pageBreakBefore/>
      </w:pPr>
      <w:r>
        <w:t>3. 자원봉사자 안내</w:t>
      </w:r>
    </w:p>
    <w:p>
      <w:r>
        <w:t>자원봉사자는 수업 전마다 그림 2처럼 204호를 배치해요.</w:t>
      </w:r>
    </w:p>
    <w:p>
      <w:pPr>
        <w:jc w:val="center"/>
      </w:pPr>
      <w:r>
        <w:rPr>
          <w:i/>
        </w:rPr>
        <w:t>[그림 자리 표시: 204호 배치. 테이블 두 줄과 문 옆의 자료 보관함]</w:t>
      </w:r>
    </w:p>
    <w:p>
      <w:pPr>
        <w:pStyle w:val="Heading2"/>
      </w:pPr>
      <w:r>
        <w:t>수업 전</w:t>
      </w:r>
    </w:p>
    <w:p>
      <w:r>
        <w:t>10분 일찍 와서 테이블을 정리하고, 출석부에서 새 학생을 확인해요.</w:t>
      </w:r>
    </w:p>
    <w:p>
      <w:pPr>
        <w:pStyle w:val="Heading2"/>
      </w:pPr>
      <w:r>
        <w:t>수업 후</w:t>
      </w:r>
    </w:p>
    <w:p>
      <w:r>
        <w:t>가족에게 두 줄짜리 메모를 쓰고, 테이블을 그림 2의 모양대로 되돌려 놓아요.</w:t>
      </w:r>
    </w:p>
    <w:p>
      <w:pPr>
        <w:pStyle w:val="Heading1"/>
        <w:pageBreakBefore/>
      </w:pPr>
      <w:r>
        <w:t>4. 과목과 자료</w:t>
      </w:r>
    </w:p>
    <w:p>
      <w:r>
        <w:t>수학, 읽기와 쓰기, 과학을 다뤄요. 자료는 204호의 회색 보관함에 있어요(3쪽의 자원봉사자 안내 참조).</w:t>
      </w:r>
    </w:p>
    <w:p>
      <w:pPr>
        <w:pStyle w:val="ListBullet"/>
      </w:pPr>
      <w:r>
        <w:t>수학: 파란 폴더의 연습 문제지</w:t>
      </w:r>
    </w:p>
    <w:p>
      <w:pPr>
        <w:pStyle w:val="ListBullet"/>
      </w:pPr>
      <w:r>
        <w:t>읽기: 학생마다 독서 기록장을 써요</w:t>
      </w:r>
    </w:p>
    <w:p>
      <w:pPr>
        <w:pStyle w:val="ListBullet"/>
      </w:pPr>
      <w:r>
        <w:t>과학: 맨 위 칸의 실험 도구, 자원봉사자와 함께일 때만 사용</w:t>
      </w:r>
    </w:p>
    <w:p>
      <w:pPr>
        <w:pStyle w:val="Heading1"/>
        <w:pageBreakBefore/>
      </w:pPr>
      <w:r>
        <w:t>5. 일정</w:t>
      </w:r>
    </w:p>
    <w:p>
      <w:r>
        <w:t>수업은 일주일에 세 번 열려요. 요일별 시간과 내용은 표 3에 있어요.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요일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시간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내용</w:t>
            </w:r>
          </w:p>
        </w:tc>
      </w:tr>
      <w:tr>
        <w:tc>
          <w:tcPr>
            <w:tcW w:type="dxa" w:w="2880"/>
          </w:tcPr>
          <w:p>
            <w:r>
              <w:t>화요일</w:t>
            </w:r>
          </w:p>
        </w:tc>
        <w:tc>
          <w:tcPr>
            <w:tcW w:type="dxa" w:w="2880"/>
          </w:tcPr>
          <w:p>
            <w:r>
              <w:t>오후 3:30-5:00</w:t>
            </w:r>
          </w:p>
        </w:tc>
        <w:tc>
          <w:tcPr>
            <w:tcW w:type="dxa" w:w="2880"/>
          </w:tcPr>
          <w:p>
            <w:r>
              <w:t>숙제 도움</w:t>
            </w:r>
          </w:p>
        </w:tc>
      </w:tr>
      <w:tr>
        <w:tc>
          <w:tcPr>
            <w:tcW w:type="dxa" w:w="2880"/>
          </w:tcPr>
          <w:p>
            <w:r>
              <w:t>목요일</w:t>
            </w:r>
          </w:p>
        </w:tc>
        <w:tc>
          <w:tcPr>
            <w:tcW w:type="dxa" w:w="2880"/>
          </w:tcPr>
          <w:p>
            <w:r>
              <w:t>오후 3:30-5:00</w:t>
            </w:r>
          </w:p>
        </w:tc>
        <w:tc>
          <w:tcPr>
            <w:tcW w:type="dxa" w:w="2880"/>
          </w:tcPr>
          <w:p>
            <w:r>
              <w:t>수학과 읽기</w:t>
            </w:r>
          </w:p>
        </w:tc>
      </w:tr>
      <w:tr>
        <w:tc>
          <w:tcPr>
            <w:tcW w:type="dxa" w:w="2880"/>
          </w:tcPr>
          <w:p>
            <w:r>
              <w:t>토요일</w:t>
            </w:r>
          </w:p>
        </w:tc>
        <w:tc>
          <w:tcPr>
            <w:tcW w:type="dxa" w:w="2880"/>
          </w:tcPr>
          <w:p>
            <w:r>
              <w:t>오전 10:00-정오</w:t>
            </w:r>
          </w:p>
        </w:tc>
        <w:tc>
          <w:tcPr>
            <w:tcW w:type="dxa" w:w="2880"/>
          </w:tcPr>
          <w:p>
            <w:r>
              <w:t>시험 대비</w:t>
            </w:r>
          </w:p>
        </w:tc>
      </w:tr>
    </w:tbl>
    <w:p>
      <w:r>
        <w:t>날씨 때문에 커뮤니티 센터가 문을 닫으면 수업이 취소되고, 가족에게 정오까지 메일을 보내요.</w:t>
      </w:r>
    </w:p>
    <w:p>
      <w:pPr>
        <w:pStyle w:val="Heading1"/>
        <w:pageBreakBefore/>
      </w:pPr>
      <w:r>
        <w:t>6. 연락처</w:t>
      </w:r>
    </w:p>
    <w:p>
      <w:r>
        <w:t>수업에 대해 궁금한 점이 있으면 표 4에서 담당자를 찾거나 안내 데스크에 메모를 남겨 주세요.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역할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요일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찾을 수 있는 곳</w:t>
            </w:r>
          </w:p>
        </w:tc>
      </w:tr>
      <w:tr>
        <w:tc>
          <w:tcPr>
            <w:tcW w:type="dxa" w:w="2880"/>
          </w:tcPr>
          <w:p>
            <w:r>
              <w:t>수업 코디네이터</w:t>
            </w:r>
          </w:p>
        </w:tc>
        <w:tc>
          <w:tcPr>
            <w:tcW w:type="dxa" w:w="2880"/>
          </w:tcPr>
          <w:p>
            <w:r>
              <w:t>화요일</w:t>
            </w:r>
          </w:p>
        </w:tc>
        <w:tc>
          <w:tcPr>
            <w:tcW w:type="dxa" w:w="2880"/>
          </w:tcPr>
          <w:p>
            <w:r>
              <w:t>안내 데스크</w:t>
            </w:r>
          </w:p>
        </w:tc>
      </w:tr>
      <w:tr>
        <w:tc>
          <w:tcPr>
            <w:tcW w:type="dxa" w:w="2880"/>
          </w:tcPr>
          <w:p>
            <w:r>
              <w:t>수학 담당</w:t>
            </w:r>
          </w:p>
        </w:tc>
        <w:tc>
          <w:tcPr>
            <w:tcW w:type="dxa" w:w="2880"/>
          </w:tcPr>
          <w:p>
            <w:r>
              <w:t>목요일</w:t>
            </w:r>
          </w:p>
        </w:tc>
        <w:tc>
          <w:tcPr>
            <w:tcW w:type="dxa" w:w="2880"/>
          </w:tcPr>
          <w:p>
            <w:r>
              <w:t>1번 테이블</w:t>
            </w:r>
          </w:p>
        </w:tc>
      </w:tr>
      <w:tr>
        <w:tc>
          <w:tcPr>
            <w:tcW w:type="dxa" w:w="2880"/>
          </w:tcPr>
          <w:p>
            <w:r>
              <w:t>읽기 담당</w:t>
            </w:r>
          </w:p>
        </w:tc>
        <w:tc>
          <w:tcPr>
            <w:tcW w:type="dxa" w:w="2880"/>
          </w:tcPr>
          <w:p>
            <w:r>
              <w:t>화요일</w:t>
            </w:r>
          </w:p>
        </w:tc>
        <w:tc>
          <w:tcPr>
            <w:tcW w:type="dxa" w:w="2880"/>
          </w:tcPr>
          <w:p>
            <w:r>
              <w:t>5번 테이블</w:t>
            </w:r>
          </w:p>
        </w:tc>
      </w:tr>
      <w:tr>
        <w:tc>
          <w:tcPr>
            <w:tcW w:type="dxa" w:w="2880"/>
          </w:tcPr>
          <w:p>
            <w:r>
              <w:t>시험 대비 담당</w:t>
            </w:r>
          </w:p>
        </w:tc>
        <w:tc>
          <w:tcPr>
            <w:tcW w:type="dxa" w:w="2880"/>
          </w:tcPr>
          <w:p>
            <w:r>
              <w:t>토요일</w:t>
            </w:r>
          </w:p>
        </w:tc>
        <w:tc>
          <w:tcPr>
            <w:tcW w:type="dxa" w:w="2880"/>
          </w:tcPr>
          <w:p>
            <w:r>
              <w:t>204호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포트리 커뮤니티 센터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 안내서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안내서 (목차와 캡션 연습용 초안)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