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자원봉사자 소개</w:t>
      </w:r>
    </w:p>
    <w:p>
      <w:r>
        <w:rPr>
          <w:i/>
        </w:rPr>
        <w:t>과외 안내서 · 3장: 자원봉사자 안내</w:t>
      </w:r>
    </w:p>
    <w:p>
      <w:pPr>
        <w:pStyle w:val="Heading2"/>
      </w:pPr>
      <w:r>
        <w:t>우리 코디네이터</w:t>
      </w:r>
    </w:p>
    <w:p>
      <w:r>
        <w:rPr>
          <w:i/>
          <w:color w:val="7A7A7A"/>
        </w:rPr>
        <w:t>[여기에 사진 1 넣기: 정사각형으로 배치하고 다음 두 단락 오른쪽에 두세요]</w:t>
      </w:r>
    </w:p>
    <w:p>
      <w:r>
        <w:t>아나 토레스 선생님은 과외 동아리의 코디네이터예요. 학생마다 튜터를 짝지어 주고, 주간 일정을 관리하고, 학기마다 새 책과 준비물을 주문해요. 수업 시간을 바꿔야 한다면 가장 먼저 찾을 분이에요.</w:t>
      </w:r>
    </w:p>
    <w:p>
      <w:r>
        <w:t>매주 화요일과 목요일, 수업 시작 30분 전인 오후 3시부터 포트리 커뮤니티 센터 안내 데스크에 계세요. 궁금한 점이 있는 가족은 언제든 들러 주세요.</w:t>
      </w:r>
    </w:p>
    <w:p/>
    <w:p/>
    <w:p/>
    <w:p>
      <w:r>
        <w:rPr>
          <w:i/>
          <w:sz w:val="18"/>
        </w:rPr>
        <w:t>사진: 아나 토레스, 코디네이터</w:t>
      </w:r>
    </w:p>
    <w:p>
      <w:pPr>
        <w:pStyle w:val="Heading2"/>
      </w:pPr>
      <w:r>
        <w:t>우리 튜터</w:t>
      </w:r>
    </w:p>
    <w:p>
      <w:r>
        <w:rPr>
          <w:i/>
          <w:color w:val="7A7A7A"/>
        </w:rPr>
        <w:t>아래 튜터마다 사진과 캡션이 있어요. 표 셀 안의 그림은 텍스트 줄 안으로 두세요.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[여기에 사진 2 넣기]</w:t>
            </w:r>
          </w:p>
        </w:tc>
        <w:tc>
          <w:tcPr>
            <w:tcW w:type="dxa" w:w="4320"/>
          </w:tcPr>
          <w:p>
            <w:r>
              <w:t>[여기에 사진 3 넣기]</w:t>
            </w:r>
          </w:p>
        </w:tc>
      </w:tr>
      <w:tr>
        <w:tc>
          <w:tcPr>
            <w:tcW w:type="dxa" w:w="4320"/>
          </w:tcPr>
          <w:p>
            <w:r>
              <w:t>다니엘 김, 11학년: 수학과 과학</w:t>
            </w:r>
          </w:p>
        </w:tc>
        <w:tc>
          <w:tcPr>
            <w:tcW w:type="dxa" w:w="4320"/>
          </w:tcPr>
          <w:p>
            <w:r>
              <w:t>소피아 라미레스, 대학교 1학년: 읽기와 쓰기</w:t>
            </w:r>
          </w:p>
        </w:tc>
      </w:tr>
    </w:tbl>
    <w:p>
      <w:r>
        <w:t>처음 두 주 동안 튜터는 둘씩 짝을 지어 활동해요. 새 자원봉사자도 물어볼 사람이 늘 곁에 있어요. 그다음부터는 튜터마다 한 학기 내내 같은 학생을 맡아요.</w:t>
      </w:r>
    </w:p>
    <w:p>
      <w:pPr>
        <w:pStyle w:val="Heading2"/>
      </w:pPr>
      <w:r>
        <w:t>찾아오는 길</w:t>
      </w:r>
    </w:p>
    <w:p>
      <w:r>
        <w:rPr>
          <w:i/>
          <w:color w:val="7A7A7A"/>
        </w:rPr>
        <w:t>[삽입 &gt; 아이콘으로 여기에 아이콘을 넣고, 아래에 텍스트 상자 이름표를 단 다음 그룹으로 묶으세요]</w:t>
      </w:r>
    </w:p>
    <w:p>
      <w:r>
        <w:t>수업은 204호에서 해요. 숙제 도움 코너는 교실 뒤쪽 책장 옆에 있어요. 빌린 책은 돌아가기 전에 책장에 꽂아 주세요.</w:t>
      </w:r>
    </w:p>
    <w:p>
      <w:r>
        <w:t>자원봉사에 대해 궁금한 점이 있다면 안내 데스크에 아나 선생님 앞으로 메모를 남겨 주세요.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3장 · 자원봉사자 안내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안내서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안내서 - 자원봉사자 소개 (연습)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