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과외 동아리 안내서</w:t>
      </w:r>
    </w:p>
    <w:p>
      <w:r>
        <w:rPr>
          <w:i/>
        </w:rPr>
        <w:t>자원봉사자와 가족을 위한 안내서 · 포트리 커뮤니티 센터 · 2026년 가을</w:t>
      </w:r>
    </w:p>
    <w:p>
      <w:pPr>
        <w:pStyle w:val="Heading1"/>
        <w:pageBreakBefore/>
      </w:pPr>
      <w:r>
        <w:t>목차</w:t>
      </w:r>
    </w:p>
    <w:p>
      <w:pPr>
        <w:pStyle w:val="ListNumber"/>
      </w:pPr>
      <w:r>
        <w:t>환영합니다</w:t>
      </w:r>
    </w:p>
    <w:p>
      <w:pPr>
        <w:pStyle w:val="ListNumber"/>
      </w:pPr>
      <w:r>
        <w:t>수업 규칙</w:t>
      </w:r>
    </w:p>
    <w:p>
      <w:pPr>
        <w:pStyle w:val="ListNumber"/>
      </w:pPr>
      <w:r>
        <w:t>자원봉사자 안내</w:t>
      </w:r>
    </w:p>
    <w:p>
      <w:pPr>
        <w:pStyle w:val="ListNumber"/>
      </w:pPr>
      <w:r>
        <w:t>주간 일정</w:t>
      </w:r>
    </w:p>
    <w:p>
      <w:pPr>
        <w:pStyle w:val="ListNumber"/>
      </w:pPr>
      <w:r>
        <w:t>과목과 준비물</w:t>
      </w:r>
    </w:p>
    <w:p>
      <w:pPr>
        <w:pStyle w:val="ListNumber"/>
      </w:pPr>
      <w:r>
        <w:t>자원봉사자 소식</w:t>
      </w:r>
    </w:p>
    <w:p>
      <w:pPr>
        <w:pStyle w:val="ListNumber"/>
      </w:pPr>
      <w:r>
        <w:t>연락처</w:t>
      </w:r>
    </w:p>
    <w:p>
      <w:r>
        <w:rPr>
          <w:i/>
          <w:color w:val="7A7A7A"/>
        </w:rPr>
        <w:t>이 목록은 나중에 자동 목차로 바꿀 거예요.</w:t>
      </w:r>
    </w:p>
    <w:p>
      <w:pPr>
        <w:pStyle w:val="Heading1"/>
        <w:pageBreakBefore/>
      </w:pPr>
      <w:r>
        <w:t>1. 환영합니다</w:t>
      </w:r>
    </w:p>
    <w:p>
      <w:r>
        <w:t>과외 동아리에 오신 것을 환영해요! 이 안내서는 방과 후 수업이 어떻게 진행되는지, 학생과 자원봉사자에게 무엇을 기대하는지, 궁금한 점은 누구에게 물어보면 되는지 알려 줘요.</w:t>
      </w:r>
    </w:p>
    <w:p>
      <w:r>
        <w:t>수업은 매주 화요일과 목요일 오후 3시 30분부터 5시까지 204호에서 열리고, 토요일 오전 10시부터 12시까지는 시험 대비 수업이 있어요.</w:t>
      </w:r>
    </w:p>
    <w:p>
      <w:pPr>
        <w:pStyle w:val="Heading1"/>
        <w:pageBreakBefore/>
      </w:pPr>
      <w:r>
        <w:t>2. 수업 규칙</w:t>
      </w:r>
    </w:p>
    <w:p>
      <w:pPr>
        <w:pStyle w:val="ListBullet"/>
      </w:pPr>
      <w:r>
        <w:t>도착하면 안내 데스크에서 출석을 기록해요.</w:t>
      </w:r>
    </w:p>
    <w:p>
      <w:pPr>
        <w:pStyle w:val="ListBullet"/>
      </w:pPr>
      <w:r>
        <w:t>책상에서는 휴대폰을 무음으로 해요.</w:t>
      </w:r>
    </w:p>
    <w:p>
      <w:pPr>
        <w:pStyle w:val="ListBullet"/>
      </w:pPr>
      <w:r>
        <w:t>숙제와 학교 플래너를 가져와요.</w:t>
      </w:r>
    </w:p>
    <w:p>
      <w:pPr>
        <w:pStyle w:val="ListBullet"/>
      </w:pPr>
      <w:r>
        <w:t>일찍 가야 하면 자원봉사자에게 먼저 말해요.</w:t>
      </w:r>
    </w:p>
    <w:p>
      <w:pPr>
        <w:pStyle w:val="Heading1"/>
        <w:pageBreakBefore/>
      </w:pPr>
      <w:r>
        <w:t>3. 자원봉사자 안내</w:t>
      </w:r>
    </w:p>
    <w:p>
      <w:r>
        <w:t>10분 일찍 와서 책상을 준비해요. 일정표에서 내가 맡은 테이블을 확인하고, 수업이 끝나면 가족에게 짧은 메모를 남겨요.</w:t>
      </w:r>
    </w:p>
    <w:p>
      <w:r>
        <w:t>수업에 올 수 없으면 적어도 하루 전에 담당자에게 알려 주세요. 그래야 대신 맡을 사람을 찾을 수 있어요.</w:t>
      </w:r>
    </w:p>
    <w:p>
      <w:pPr>
        <w:pStyle w:val="Heading1"/>
        <w:pageBreakBefore/>
      </w:pPr>
      <w:r>
        <w:t>4. 주간 일정</w:t>
      </w:r>
    </w:p>
    <w:p>
      <w:r>
        <w:rPr>
          <w:i/>
          <w:color w:val="7A7A7A"/>
        </w:rPr>
        <w:t>이 표는 세로 페이지에 들어가기에 너무 넓어요. 가로 방향 페이지를 따로 만들어 주세요.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rPr>
                <w:b/>
              </w:rPr>
              <w:t>시간</w:t>
            </w:r>
          </w:p>
        </w:tc>
        <w:tc>
          <w:tcPr>
            <w:tcW w:type="dxa" w:w="1080"/>
          </w:tcPr>
          <w:p>
            <w:r>
              <w:rPr>
                <w:b/>
              </w:rPr>
              <w:t>장소</w:t>
            </w:r>
          </w:p>
        </w:tc>
        <w:tc>
          <w:tcPr>
            <w:tcW w:type="dxa" w:w="1080"/>
          </w:tcPr>
          <w:p>
            <w:r>
              <w:rPr>
                <w:b/>
              </w:rPr>
              <w:t>월요일</w:t>
            </w:r>
          </w:p>
        </w:tc>
        <w:tc>
          <w:tcPr>
            <w:tcW w:type="dxa" w:w="1080"/>
          </w:tcPr>
          <w:p>
            <w:r>
              <w:rPr>
                <w:b/>
              </w:rPr>
              <w:t>화요일</w:t>
            </w:r>
          </w:p>
        </w:tc>
        <w:tc>
          <w:tcPr>
            <w:tcW w:type="dxa" w:w="1080"/>
          </w:tcPr>
          <w:p>
            <w:r>
              <w:rPr>
                <w:b/>
              </w:rPr>
              <w:t>수요일</w:t>
            </w:r>
          </w:p>
        </w:tc>
        <w:tc>
          <w:tcPr>
            <w:tcW w:type="dxa" w:w="1080"/>
          </w:tcPr>
          <w:p>
            <w:r>
              <w:rPr>
                <w:b/>
              </w:rPr>
              <w:t>목요일</w:t>
            </w:r>
          </w:p>
        </w:tc>
        <w:tc>
          <w:tcPr>
            <w:tcW w:type="dxa" w:w="1080"/>
          </w:tcPr>
          <w:p>
            <w:r>
              <w:rPr>
                <w:b/>
              </w:rPr>
              <w:t>금요일</w:t>
            </w:r>
          </w:p>
        </w:tc>
        <w:tc>
          <w:tcPr>
            <w:tcW w:type="dxa" w:w="1080"/>
          </w:tcPr>
          <w:p>
            <w:r>
              <w:rPr>
                <w:b/>
              </w:rPr>
              <w:t>토요일</w:t>
            </w:r>
          </w:p>
        </w:tc>
      </w:tr>
      <w:tr>
        <w:tc>
          <w:tcPr>
            <w:tcW w:type="dxa" w:w="1080"/>
          </w:tcPr>
          <w:p>
            <w:r>
              <w:t>3:30–4:15</w:t>
            </w:r>
          </w:p>
        </w:tc>
        <w:tc>
          <w:tcPr>
            <w:tcW w:type="dxa" w:w="1080"/>
          </w:tcPr>
          <w:p>
            <w:r>
              <w:t>204호</w:t>
            </w:r>
          </w:p>
        </w:tc>
        <w:tc>
          <w:tcPr>
            <w:tcW w:type="dxa" w:w="1080"/>
          </w:tcPr>
          <w:p>
            <w:r>
              <w:t>쉬어요</w:t>
            </w:r>
          </w:p>
        </w:tc>
        <w:tc>
          <w:tcPr>
            <w:tcW w:type="dxa" w:w="1080"/>
          </w:tcPr>
          <w:p>
            <w:r>
              <w:t>수학(김다니엘)</w:t>
            </w:r>
          </w:p>
        </w:tc>
        <w:tc>
          <w:tcPr>
            <w:tcW w:type="dxa" w:w="1080"/>
          </w:tcPr>
          <w:p>
            <w:r>
              <w:t>쉬어요</w:t>
            </w:r>
          </w:p>
        </w:tc>
        <w:tc>
          <w:tcPr>
            <w:tcW w:type="dxa" w:w="1080"/>
          </w:tcPr>
          <w:p>
            <w:r>
              <w:t>과학(이그레이스)</w:t>
            </w:r>
          </w:p>
        </w:tc>
        <w:tc>
          <w:tcPr>
            <w:tcW w:type="dxa" w:w="1080"/>
          </w:tcPr>
          <w:p>
            <w:r>
              <w:t>쉬어요</w:t>
            </w:r>
          </w:p>
        </w:tc>
        <w:tc>
          <w:tcPr>
            <w:tcW w:type="dxa" w:w="1080"/>
          </w:tcPr>
          <w:p>
            <w:r>
              <w:t>–</w:t>
            </w:r>
          </w:p>
        </w:tc>
      </w:tr>
      <w:tr>
        <w:tc>
          <w:tcPr>
            <w:tcW w:type="dxa" w:w="1080"/>
          </w:tcPr>
          <w:p>
            <w:r>
              <w:t>4:15–5:00</w:t>
            </w:r>
          </w:p>
        </w:tc>
        <w:tc>
          <w:tcPr>
            <w:tcW w:type="dxa" w:w="1080"/>
          </w:tcPr>
          <w:p>
            <w:r>
              <w:t>204호</w:t>
            </w:r>
          </w:p>
        </w:tc>
        <w:tc>
          <w:tcPr>
            <w:tcW w:type="dxa" w:w="1080"/>
          </w:tcPr>
          <w:p>
            <w:r>
              <w:t>쉬어요</w:t>
            </w:r>
          </w:p>
        </w:tc>
        <w:tc>
          <w:tcPr>
            <w:tcW w:type="dxa" w:w="1080"/>
          </w:tcPr>
          <w:p>
            <w:r>
              <w:t>읽기(박소피아)</w:t>
            </w:r>
          </w:p>
        </w:tc>
        <w:tc>
          <w:tcPr>
            <w:tcW w:type="dxa" w:w="1080"/>
          </w:tcPr>
          <w:p>
            <w:r>
              <w:t>쉬어요</w:t>
            </w:r>
          </w:p>
        </w:tc>
        <w:tc>
          <w:tcPr>
            <w:tcW w:type="dxa" w:w="1080"/>
          </w:tcPr>
          <w:p>
            <w:r>
              <w:t>숙제 도움(최마커스)</w:t>
            </w:r>
          </w:p>
        </w:tc>
        <w:tc>
          <w:tcPr>
            <w:tcW w:type="dxa" w:w="1080"/>
          </w:tcPr>
          <w:p>
            <w:r>
              <w:t>쉬어요</w:t>
            </w:r>
          </w:p>
        </w:tc>
        <w:tc>
          <w:tcPr>
            <w:tcW w:type="dxa" w:w="1080"/>
          </w:tcPr>
          <w:p>
            <w:r>
              <w:t>–</w:t>
            </w:r>
          </w:p>
        </w:tc>
      </w:tr>
      <w:tr>
        <w:tc>
          <w:tcPr>
            <w:tcW w:type="dxa" w:w="1080"/>
          </w:tcPr>
          <w:p>
            <w:r>
              <w:t>10:00–11:00</w:t>
            </w:r>
          </w:p>
        </w:tc>
        <w:tc>
          <w:tcPr>
            <w:tcW w:type="dxa" w:w="1080"/>
          </w:tcPr>
          <w:p>
            <w:r>
              <w:t>도서관</w:t>
            </w:r>
          </w:p>
        </w:tc>
        <w:tc>
          <w:tcPr>
            <w:tcW w:type="dxa" w:w="1080"/>
          </w:tcPr>
          <w:p>
            <w:r>
              <w:t>–</w:t>
            </w:r>
          </w:p>
        </w:tc>
        <w:tc>
          <w:tcPr>
            <w:tcW w:type="dxa" w:w="1080"/>
          </w:tcPr>
          <w:p>
            <w:r>
              <w:t>–</w:t>
            </w:r>
          </w:p>
        </w:tc>
        <w:tc>
          <w:tcPr>
            <w:tcW w:type="dxa" w:w="1080"/>
          </w:tcPr>
          <w:p>
            <w:r>
              <w:t>–</w:t>
            </w:r>
          </w:p>
        </w:tc>
        <w:tc>
          <w:tcPr>
            <w:tcW w:type="dxa" w:w="1080"/>
          </w:tcPr>
          <w:p>
            <w:r>
              <w:t>–</w:t>
            </w:r>
          </w:p>
        </w:tc>
        <w:tc>
          <w:tcPr>
            <w:tcW w:type="dxa" w:w="1080"/>
          </w:tcPr>
          <w:p>
            <w:r>
              <w:t>–</w:t>
            </w:r>
          </w:p>
        </w:tc>
        <w:tc>
          <w:tcPr>
            <w:tcW w:type="dxa" w:w="1080"/>
          </w:tcPr>
          <w:p>
            <w:r>
              <w:t>시험 대비(이그레이스)</w:t>
            </w:r>
          </w:p>
        </w:tc>
      </w:tr>
      <w:tr>
        <w:tc>
          <w:tcPr>
            <w:tcW w:type="dxa" w:w="1080"/>
          </w:tcPr>
          <w:p>
            <w:r>
              <w:t>11:00–12:00</w:t>
            </w:r>
          </w:p>
        </w:tc>
        <w:tc>
          <w:tcPr>
            <w:tcW w:type="dxa" w:w="1080"/>
          </w:tcPr>
          <w:p>
            <w:r>
              <w:t>도서관</w:t>
            </w:r>
          </w:p>
        </w:tc>
        <w:tc>
          <w:tcPr>
            <w:tcW w:type="dxa" w:w="1080"/>
          </w:tcPr>
          <w:p>
            <w:r>
              <w:t>–</w:t>
            </w:r>
          </w:p>
        </w:tc>
        <w:tc>
          <w:tcPr>
            <w:tcW w:type="dxa" w:w="1080"/>
          </w:tcPr>
          <w:p>
            <w:r>
              <w:t>–</w:t>
            </w:r>
          </w:p>
        </w:tc>
        <w:tc>
          <w:tcPr>
            <w:tcW w:type="dxa" w:w="1080"/>
          </w:tcPr>
          <w:p>
            <w:r>
              <w:t>–</w:t>
            </w:r>
          </w:p>
        </w:tc>
        <w:tc>
          <w:tcPr>
            <w:tcW w:type="dxa" w:w="1080"/>
          </w:tcPr>
          <w:p>
            <w:r>
              <w:t>–</w:t>
            </w:r>
          </w:p>
        </w:tc>
        <w:tc>
          <w:tcPr>
            <w:tcW w:type="dxa" w:w="1080"/>
          </w:tcPr>
          <w:p>
            <w:r>
              <w:t>–</w:t>
            </w:r>
          </w:p>
        </w:tc>
        <w:tc>
          <w:tcPr>
            <w:tcW w:type="dxa" w:w="1080"/>
          </w:tcPr>
          <w:p>
            <w:r>
              <w:t>글쓰기(박소피아)</w:t>
            </w:r>
          </w:p>
        </w:tc>
      </w:tr>
    </w:tbl>
    <w:p>
      <w:pPr>
        <w:pStyle w:val="Heading1"/>
        <w:pageBreakBefore/>
      </w:pPr>
      <w:r>
        <w:t>5. 과목과 준비물</w:t>
      </w:r>
    </w:p>
    <w:p>
      <w:r>
        <w:t>테이블마다 연필, 연습장, 계산기, 학년별 문제집이 든 상자가 있어요. 수업이 끝나면 모두 상자에 다시 넣어 주세요.</w:t>
      </w:r>
    </w:p>
    <w:p>
      <w:pPr>
        <w:pStyle w:val="Heading1"/>
        <w:pageBreakBefore/>
      </w:pPr>
      <w:r>
        <w:t>6. 자원봉사자 소식</w:t>
      </w:r>
    </w:p>
    <w:p>
      <w:r>
        <w:t>새 튜터를 환영해요. 이번 학기에 고등학생 여덟 명이 함께하게 됐어요. 처음 두 번은 경험 있는 튜터와 짝을 지어 진행하고, 궁금한 건 언제든 물어보세요.</w:t>
      </w:r>
    </w:p>
    <w:p>
      <w:r>
        <w:t>독서 코너. 도서관에서 동화책 두 칸을 기증해 줬어요. 학생은 한 번에 한 권씩 빌리고 다음 주에 돌려주면 돼요.</w:t>
      </w:r>
    </w:p>
    <w:p>
      <w:r>
        <w:t>이달의 자원봉사자. 이그레이스 튜터가 9월부터 매주 토요일 시험 대비 테이블을 맡았고, 단원마다 연습 퀴즈를 만들었어요.</w:t>
      </w:r>
    </w:p>
    <w:p>
      <w:r>
        <w:t>다가오는 행사. 가족의 밤은 12월 10일 204호에서 열려요. 학생들은 프로젝트를 발표하고, 자원봉사자는 학습 기록을 나눠 드려요.</w:t>
      </w:r>
    </w:p>
    <w:p>
      <w:pPr>
        <w:pStyle w:val="Heading1"/>
        <w:pageBreakBefore/>
      </w:pPr>
      <w:r>
        <w:t>7. 연락처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역할</w:t>
            </w:r>
          </w:p>
        </w:tc>
        <w:tc>
          <w:tcPr>
            <w:tcW w:type="dxa" w:w="2880"/>
          </w:tcPr>
          <w:p>
            <w:r>
              <w:rPr>
                <w:b/>
              </w:rPr>
              <w:t>요일</w:t>
            </w:r>
          </w:p>
        </w:tc>
        <w:tc>
          <w:tcPr>
            <w:tcW w:type="dxa" w:w="2880"/>
          </w:tcPr>
          <w:p>
            <w:r>
              <w:rPr>
                <w:b/>
              </w:rPr>
              <w:t>찾는 곳</w:t>
            </w:r>
          </w:p>
        </w:tc>
      </w:tr>
      <w:tr>
        <w:tc>
          <w:tcPr>
            <w:tcW w:type="dxa" w:w="2880"/>
          </w:tcPr>
          <w:p>
            <w:r>
              <w:t>수업 담당자</w:t>
            </w:r>
          </w:p>
        </w:tc>
        <w:tc>
          <w:tcPr>
            <w:tcW w:type="dxa" w:w="2880"/>
          </w:tcPr>
          <w:p>
            <w:r>
              <w:t>화요일</w:t>
            </w:r>
          </w:p>
        </w:tc>
        <w:tc>
          <w:tcPr>
            <w:tcW w:type="dxa" w:w="2880"/>
          </w:tcPr>
          <w:p>
            <w:r>
              <w:t>안내 데스크</w:t>
            </w:r>
          </w:p>
        </w:tc>
      </w:tr>
      <w:tr>
        <w:tc>
          <w:tcPr>
            <w:tcW w:type="dxa" w:w="2880"/>
          </w:tcPr>
          <w:p>
            <w:r>
              <w:t>수학 담당</w:t>
            </w:r>
          </w:p>
        </w:tc>
        <w:tc>
          <w:tcPr>
            <w:tcW w:type="dxa" w:w="2880"/>
          </w:tcPr>
          <w:p>
            <w:r>
              <w:t>목요일</w:t>
            </w:r>
          </w:p>
        </w:tc>
        <w:tc>
          <w:tcPr>
            <w:tcW w:type="dxa" w:w="2880"/>
          </w:tcPr>
          <w:p>
            <w:r>
              <w:t>1번 테이블</w:t>
            </w:r>
          </w:p>
        </w:tc>
      </w:tr>
      <w:tr>
        <w:tc>
          <w:tcPr>
            <w:tcW w:type="dxa" w:w="2880"/>
          </w:tcPr>
          <w:p>
            <w:r>
              <w:t>시험 대비 담당</w:t>
            </w:r>
          </w:p>
        </w:tc>
        <w:tc>
          <w:tcPr>
            <w:tcW w:type="dxa" w:w="2880"/>
          </w:tcPr>
          <w:p>
            <w:r>
              <w:t>토요일</w:t>
            </w:r>
          </w:p>
        </w:tc>
        <w:tc>
          <w:tcPr>
            <w:tcW w:type="dxa" w:w="2880"/>
          </w:tcPr>
          <w:p>
            <w:r>
              <w:t>도서관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과외 동아리 안내서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과외 동아리 안내서 (구역 연습)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