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과외 동아리 안내서</w:t>
      </w:r>
    </w:p>
    <w:p>
      <w:r>
        <w:t>포트리 커뮤니티 센터</w:t>
      </w:r>
    </w:p>
    <w:p>
      <w:r>
        <w:t>자원봉사자와 가족을 위한 안내, 2026 가을</w:t>
      </w:r>
    </w:p>
    <w:p>
      <w:r>
        <w:t>[그림: 동아리 로고, 가운데. 장식용, 캡션 없음]</w:t>
      </w:r>
    </w:p>
    <w:p>
      <w:r>
        <w:t>[2쪽에 목차가 들어갈 자리]</w:t>
      </w:r>
    </w:p>
    <w:p>
      <w:r>
        <w:t>환영합니다</w:t>
      </w:r>
    </w:p>
    <w:p>
      <w:r>
        <w:t>포트리 커뮤니티 센터 과외 동아리에 오신 것을 환영해요. 우리는 3학년부터 12학년까지 학생들의 숙제, 읽기, 시험 준비를 돕는 자원봉사자 모임이에요. 수업은 무료이고, 평일 오후마다 커뮤니티 센터에서 열려요.</w:t>
      </w:r>
    </w:p>
    <w:p>
      <w:r>
        <w:t>이 안내서는 수업이 어떻게 진행되는지, 자원봉사자와 가족에게 무엇을 기대하는지, 교재와 일정과 연락할 사람을 어디서 찾는지 알려 줘요. 첫 수업 전에 읽고, 첫 달에는 가까이 두세요.</w:t>
      </w:r>
    </w:p>
    <w:p>
      <w:r>
        <w:t>우리 동아리 소개</w:t>
      </w:r>
    </w:p>
    <w:p>
      <w:r>
        <w:t>동아리는 2019년에 자원봉사자 네 명과 도서관 테이블 하나로 시작했어요. 지금은 대부분 고등학생과 대학생인 자원봉사자 약 서른 명이 매주 예순 명이 넘는 학생을 가르쳐요. 자원봉사 담당자가 일정을 짜고, 커뮤니티 센터 직원이 늘 현장에 있어요.</w:t>
      </w:r>
    </w:p>
    <w:p>
      <w:r>
        <w:t>[그림: 자원봉사자와 학생이 테이블에서 공부하는 사진. 텍스트 줄 안. 캡션 예: 그림 1: 도서관에서 열린 화요일 읽기 수업]</w:t>
      </w:r>
    </w:p>
    <w:p>
      <w:r>
        <w:t>가족이 기대할 수 있는 것</w:t>
      </w:r>
    </w:p>
    <w:p>
      <w:r>
        <w:t>가능하면 학생마다 매주 같은 자원봉사자와 공부해서 신뢰를 쌓고 발전을 지켜볼 수 있게 해요. 자원봉사자는 학생이 내용을 이해하도록 돕고, 숙제를 대신 해 주지 않아요. 수업이 끝나면 자원봉사자가 학생 폴더에 짧은 메모를 남겨, 가족이 무엇을 공부했는지 볼 수 있어요.</w:t>
      </w:r>
    </w:p>
    <w:p>
      <w:r>
        <w:t>[상호 참조: 교재 표]에 나온 교재를 쓰고, 대부분은 집에서 쓸 수 있게 빌려 드려요.</w:t>
      </w:r>
    </w:p>
    <w:p>
      <w:r>
        <w:t>[여기에 동아리 연락처 블록 빠른 문서 요소 넣기]</w:t>
      </w:r>
    </w:p>
    <w:p>
      <w:r>
        <w:t>수업 규칙</w:t>
      </w:r>
    </w:p>
    <w:p>
      <w:r>
        <w:t>분명한 규칙이 있으면 모두에게 차분하고 공정한 수업이 돼요. 학생, 자원봉사자, 방문한 가족 모두에게 적용돼요.</w:t>
      </w:r>
    </w:p>
    <w:p>
      <w:r>
        <w:t>도착과 서명</w:t>
      </w:r>
    </w:p>
    <w:p>
      <w:r>
        <w:t>수업 10분 전에 도착해 안내 데스크에서 서명해요. 학생은 가족이나 직원이 서명해 줘야 해요. 자원봉사자는 자원봉사자 명단에 서명하고 학생 폴더를 챙겨요. 과목별 수업 시간은 [상호 참조: 일정표]에 있어요.</w:t>
      </w:r>
    </w:p>
    <w:p>
      <w:r>
        <w:t>수업 중에는</w:t>
      </w:r>
    </w:p>
    <w:p>
      <w:r>
        <w:t>수업은 한 시간이에요. 일정에 적힌 교실에서 공부하고, 목소리는 낮추고, 수업 내내 학생과 함께 있어요. 교실을 나가야 하면 직원에게 대신 있어 달라고 부탁해요. 음식은 로비에서만 먹고, 물병은 괜찮아요.</w:t>
      </w:r>
    </w:p>
    <w:p>
      <w:r>
        <w:t>휴대폰과 기기</w:t>
      </w:r>
    </w:p>
    <w:p>
      <w:r>
        <w:t>공부에 필요할 때가 아니면 수업 중에 휴대폰은 가방에 넣어 둬요. 자원봉사자는 자료 조사나 연습 프로그램에 센터 노트북을 쓸 수 있어요. 가족과 담당자의 서면 허락 없이 학생 사진을 찍으면 안 돼요.</w:t>
      </w:r>
    </w:p>
    <w:p>
      <w:r>
        <w:t>취소해야 할 때</w:t>
      </w:r>
    </w:p>
    <w:p>
      <w:r>
        <w:t>가능하면 적어도 24시간 전에 자원봉사 담당자에게 알려 주세요. 가족은 전화나 이메일로 취소할 수 있어요. 학생이 연락 없이 세 번 연속 빠지면, 담당자가 가족에게 연락해 그 시간이 여전히 괜찮은지 확인해요.</w:t>
      </w:r>
    </w:p>
    <w:p>
      <w:r>
        <w:t>자원봉사자 안내</w:t>
      </w:r>
    </w:p>
    <w:p>
      <w:r>
        <w:t>시간을 내 주셔서 고마워요. 이 장에서는 첫 주에 할 일, 학생과 잘 공부하는 법, 모두의 안전을 지키는 법을 다뤄요.</w:t>
      </w:r>
    </w:p>
    <w:p>
      <w:r>
        <w:t>첫 주</w:t>
      </w:r>
    </w:p>
    <w:p>
      <w:r>
        <w:t>첫 주에는 경험 많은 자원봉사자의 수업을 한 번 따라다니며 보고, 담당자를 만나고, 교실과 교재 선반을 안내받아요. 커뮤니티 센터 자원봉사자 양식을 작성하고 약 20분짜리 안전 교육 영상도 봐요.</w:t>
      </w:r>
    </w:p>
    <w:p>
      <w:r>
        <w:t>[그림: 자원봉사자 명단과 학생 폴더가 놓인 안내 데스크 사진. 정사각형, 오른쪽. 캡션 예: 그림 2: 모든 수업이 시작되는 안내 데스크]</w:t>
      </w:r>
    </w:p>
    <w:p>
      <w:r>
        <w:t>학생과 공부하기</w:t>
      </w:r>
    </w:p>
    <w:p>
      <w:r>
        <w:t>수업을 시작할 때 무엇을 공부하는지, 무엇이 가장 어려운지 물어보세요. 연필은 학생이 쥐게 해요. 답을 알려 주지 말고 다음 단계로 이끄는 질문을 해요. 같은 개념에서 두 번 막히면 다른 설명, 그림, 생활 속 예를 써 보세요. 마지막에는 배운 것 하나를 학생이 자기 말로 설명하게 해요.</w:t>
      </w:r>
    </w:p>
    <w:p>
      <w:r>
        <w:t>수업이 끝날 때마다 학생 폴더에 두세 문장 메모를 남겨요. 무엇을 공부했는지, 무엇이 잘됐는지, 다음에 무엇을 연습할지요.</w:t>
      </w:r>
    </w:p>
    <w:p>
      <w:r>
        <w:t>안전과 감독</w:t>
      </w:r>
    </w:p>
    <w:p>
      <w:r>
        <w:t>과외는 항상 문을 연 공용 교실에서 하고, 건물에는 늘 직원이 있어요. 자원봉사자는 동아리 수업 밖에서 학생을 만나지 않고, 차를 태워 주지 않고, 개인 전화번호나 SNS 계정을 알려 주지 않아요. 학생이 걱정되는 이야기를 하면 그날 근무하는 직원에게 알려요.</w:t>
      </w:r>
    </w:p>
    <w:p>
      <w:r>
        <w:t>과목과 교재</w:t>
      </w:r>
    </w:p>
    <w:p>
      <w:r>
        <w:t>우리는 대부분의 학교 과목을 가르쳐요. 아래 표에 과목별 주요 교재와 찾는 곳이 있어요. 건물 밖으로 무엇이든 가져가기 전에 담당자에게 물어보세요.</w:t>
      </w:r>
    </w:p>
    <w:p>
      <w:r>
        <w:t>과목, 학년, 주요 교재, 찾는 곳</w:t>
      </w:r>
    </w:p>
    <w:p>
      <w:r>
        <w:t>수학, 3~5학년, 분수 타일과 자릿값 블록, 선반 A</w:t>
      </w:r>
    </w:p>
    <w:p>
      <w:r>
        <w:t>수학, 6~8학년, 연습 문제집과 모눈종이, 선반 A</w:t>
      </w:r>
    </w:p>
    <w:p>
      <w:r>
        <w:t>대수, 8~10학년, 대수 타일과 풀이 예제 카드, 선반 A</w:t>
      </w:r>
    </w:p>
    <w:p>
      <w:r>
        <w:t>기하, 9~10학년, 자와 각도기, 선반 B</w:t>
      </w:r>
    </w:p>
    <w:p>
      <w:r>
        <w:t>읽기, 3~5학년, 수준별 읽기 책과 독서 기록장, 도서관 카트</w:t>
      </w:r>
    </w:p>
    <w:p>
      <w:r>
        <w:t>읽기, 6~8학년, 짧은 소설과 토론 카드, 도서관 카트</w:t>
      </w:r>
    </w:p>
    <w:p>
      <w:r>
        <w:t>글쓰기, 6~12학년, 글쓰기 계획표와 예시 단락, 선반 C</w:t>
      </w:r>
    </w:p>
    <w:p>
      <w:r>
        <w:t>과학, 3~5학년, 돋보기와 간단한 실험 키트, 선반 D</w:t>
      </w:r>
    </w:p>
    <w:p>
      <w:r>
        <w:t>과학, 6~8학년, 실험 노트와 모형 키트, 선반 D</w:t>
      </w:r>
    </w:p>
    <w:p>
      <w:r>
        <w:t>생물, 9~12학년, 낱말 카드와 그림 자료, 선반 D</w:t>
      </w:r>
    </w:p>
    <w:p>
      <w:r>
        <w:t>화학, 10~12학년, 주기율표와 계산기, 선반 D</w:t>
      </w:r>
    </w:p>
    <w:p>
      <w:r>
        <w:t>스페인어, 6~12학년, 단어 카드와 오디오 플레이어, 선반 E</w:t>
      </w:r>
    </w:p>
    <w:p>
      <w:r>
        <w:t>한국어, 6~12학년, 한글 자모표와 그림 사전, 선반 E</w:t>
      </w:r>
    </w:p>
    <w:p>
      <w:r>
        <w:t>SAT와 ACT 준비, 10~12학년, 모의고사와 타이머, 담당자 사무실</w:t>
      </w:r>
    </w:p>
    <w:p>
      <w:r>
        <w:t>컴퓨터 활용, 6~12학년, 노트북과 타자 안내서, 106호 보관함</w:t>
      </w:r>
    </w:p>
    <w:p>
      <w:r>
        <w:t>교재 빌리기</w:t>
      </w:r>
    </w:p>
    <w:p>
      <w:r>
        <w:t>학생은 읽기 책, 문제집, 낱말 카드를 일주일 동안 빌릴 수 있어요. 교재 선반의 대출 기록장에 물건과 날짜를 적고, 돌려줄 때 반납 표시를 해요. 키트, 계산기, 노트북은 센터에 두고 써요.</w:t>
      </w:r>
    </w:p>
    <w:p>
      <w:r>
        <w:t>주간 일정</w:t>
      </w:r>
    </w:p>
    <w:p>
      <w:r>
        <w:t>아래 일정은 9월 14일부터 12월 18일까지예요. 학교 방학 동안에는 교실이 바뀔 수 있고, 담당자가 적어도 일주일 전에 모두에게 이메일을 보내요.</w:t>
      </w:r>
    </w:p>
    <w:p>
      <w:r>
        <w:t>요일</w:t>
        <w:tab/>
        <w:t>시간</w:t>
        <w:tab/>
        <w:t>과목</w:t>
        <w:tab/>
        <w:t>교실</w:t>
        <w:tab/>
        <w:t>담당 자원봉사자</w:t>
      </w:r>
    </w:p>
    <w:p>
      <w:r>
        <w:t>월요일</w:t>
        <w:tab/>
        <w:t>3:30~4:30</w:t>
        <w:tab/>
        <w:t>수학, 3~5학년</w:t>
        <w:tab/>
        <w:t>104</w:t>
        <w:tab/>
        <w:t>박대니얼</w:t>
      </w:r>
    </w:p>
    <w:p>
      <w:r>
        <w:t>월요일</w:t>
        <w:tab/>
        <w:t>4:45~5:45</w:t>
        <w:tab/>
        <w:t>대수와 기하</w:t>
        <w:tab/>
        <w:t>104</w:t>
        <w:tab/>
        <w:t>소피아 리베라</w:t>
      </w:r>
    </w:p>
    <w:p>
      <w:r>
        <w:t>월요일</w:t>
        <w:tab/>
        <w:t>4:45~5:45</w:t>
        <w:tab/>
        <w:t>글쓰기</w:t>
        <w:tab/>
        <w:t>도서관</w:t>
        <w:tab/>
        <w:t>윤그레이스</w:t>
      </w:r>
    </w:p>
    <w:p>
      <w:r>
        <w:t>화요일</w:t>
        <w:tab/>
        <w:t>3:30~4:30</w:t>
        <w:tab/>
        <w:t>읽기, 3~5학년</w:t>
        <w:tab/>
        <w:t>도서관</w:t>
        <w:tab/>
        <w:t>김민지</w:t>
      </w:r>
    </w:p>
    <w:p>
      <w:r>
        <w:t>화요일</w:t>
        <w:tab/>
        <w:t>4:45~5:45</w:t>
        <w:tab/>
        <w:t>읽기, 6~8학년</w:t>
        <w:tab/>
        <w:t>도서관</w:t>
        <w:tab/>
        <w:t>김민지</w:t>
      </w:r>
    </w:p>
    <w:p>
      <w:r>
        <w:t>화요일</w:t>
        <w:tab/>
        <w:t>4:45~5:45</w:t>
        <w:tab/>
        <w:t>스페인어</w:t>
        <w:tab/>
        <w:t>105</w:t>
        <w:tab/>
        <w:t>카를로스 멘데스</w:t>
      </w:r>
    </w:p>
    <w:p>
      <w:r>
        <w:t>수요일</w:t>
        <w:tab/>
        <w:t>3:30~4:30</w:t>
        <w:tab/>
        <w:t>과학, 3~5학년</w:t>
        <w:tab/>
        <w:t>106</w:t>
        <w:tab/>
        <w:t>아나 로페스</w:t>
      </w:r>
    </w:p>
    <w:p>
      <w:r>
        <w:t>수요일</w:t>
        <w:tab/>
        <w:t>4:00~5:00</w:t>
        <w:tab/>
        <w:t>과학, 6~8학년</w:t>
        <w:tab/>
        <w:t>106</w:t>
        <w:tab/>
        <w:t>아나 로페스</w:t>
      </w:r>
    </w:p>
    <w:p>
      <w:r>
        <w:t>수요일</w:t>
        <w:tab/>
        <w:t>5:00~6:00</w:t>
        <w:tab/>
        <w:t>생물과 화학</w:t>
        <w:tab/>
        <w:t>106</w:t>
        <w:tab/>
        <w:t>이준</w:t>
      </w:r>
    </w:p>
    <w:p>
      <w:r>
        <w:t>목요일</w:t>
        <w:tab/>
        <w:t>3:30~4:30</w:t>
        <w:tab/>
        <w:t>수학, 6~8학년</w:t>
        <w:tab/>
        <w:t>104</w:t>
        <w:tab/>
        <w:t>박대니얼</w:t>
      </w:r>
    </w:p>
    <w:p>
      <w:r>
        <w:t>목요일</w:t>
        <w:tab/>
        <w:t>4:45~5:45</w:t>
        <w:tab/>
        <w:t>한국어</w:t>
        <w:tab/>
        <w:t>105</w:t>
        <w:tab/>
        <w:t>최하나</w:t>
      </w:r>
    </w:p>
    <w:p>
      <w:r>
        <w:t>목요일</w:t>
        <w:tab/>
        <w:t>4:45~5:45</w:t>
        <w:tab/>
        <w:t>컴퓨터 활용</w:t>
        <w:tab/>
        <w:t>106</w:t>
        <w:tab/>
        <w:t>이선 브룩스</w:t>
      </w:r>
    </w:p>
    <w:p>
      <w:r>
        <w:t>금요일</w:t>
        <w:tab/>
        <w:t>3:30~4:30</w:t>
        <w:tab/>
        <w:t>숙제 도움, 전 학년</w:t>
        <w:tab/>
        <w:t>도서관</w:t>
        <w:tab/>
        <w:t>돌아가며</w:t>
      </w:r>
    </w:p>
    <w:p>
      <w:r>
        <w:t>금요일</w:t>
        <w:tab/>
        <w:t>4:45~5:45</w:t>
        <w:tab/>
        <w:t>SAT와 ACT 준비</w:t>
        <w:tab/>
        <w:t>104</w:t>
        <w:tab/>
        <w:t>소피아 리베라</w:t>
      </w:r>
    </w:p>
    <w:p>
      <w:r>
        <w:t>자주 묻는 질문</w:t>
      </w:r>
    </w:p>
    <w:p>
      <w:r>
        <w:t>과외는 정말 무료인가요?</w:t>
      </w:r>
    </w:p>
    <w:p>
      <w:r>
        <w:t>네. 자원봉사자가 운영하고 커뮤니티 센터가 지원해서 모든 수업이 무료예요.</w:t>
      </w:r>
    </w:p>
    <w:p>
      <w:r>
        <w:t>어떻게 신청하나요?</w:t>
      </w:r>
    </w:p>
    <w:p>
      <w:r>
        <w:t>안내 데스크에서 신청서를 쓰거나 담당자에게 이메일을 보내세요. 2주 안에 학생마다 자원봉사자를 짝지어 드려요.</w:t>
      </w:r>
    </w:p>
    <w:p>
      <w:r>
        <w:t>수업 중에 부모가 함께 있어도 되나요?</w:t>
      </w:r>
    </w:p>
    <w:p>
      <w:r>
        <w:t>네, 로비에서요. 모두 집중할 수 있도록 교실은 학생과 선생님용이에요.</w:t>
      </w:r>
    </w:p>
    <w:p>
      <w:r>
        <w:t>아이가 무엇을 가져와야 하나요?</w:t>
      </w:r>
    </w:p>
    <w:p>
      <w:r>
        <w:t>숙제, 학교 교과서가 있다면 교과서, 연필, 물병이요.</w:t>
      </w:r>
    </w:p>
    <w:p>
      <w:r>
        <w:t>늦으면 어떻게 하나요?</w:t>
      </w:r>
    </w:p>
    <w:p>
      <w:r>
        <w:t>조용히 들어와 서명하세요. 다음 모둠이 시작할 수 있도록 수업은 제시간에 끝나요.</w:t>
      </w:r>
    </w:p>
    <w:p>
      <w:r>
        <w:t>자원봉사자를 바꿀 수 있나요?</w:t>
      </w:r>
    </w:p>
    <w:p>
      <w:r>
        <w:t>네. 담당자에게 말씀하세요. 자원봉사자 앞에서 이유를 설명하지 않아도 돼요.</w:t>
      </w:r>
    </w:p>
    <w:p>
      <w:r>
        <w:t>자원봉사자는 봉사 시간을 인정받나요?</w:t>
      </w:r>
    </w:p>
    <w:p>
      <w:r>
        <w:t>네. 담당자가 매달 말에 봉사 시간 확인서에 서명해 드려요.</w:t>
      </w:r>
    </w:p>
    <w:p>
      <w:r>
        <w:t>눈 때문에 휴교하면 어떻게 되나요?</w:t>
      </w:r>
    </w:p>
    <w:p>
      <w:r>
        <w:t>포트리 공립학교가 문을 닫으면 동아리도 쉬어요. 정오까지 모두에게 이메일을 보내요.</w:t>
      </w:r>
    </w:p>
    <w:p>
      <w:r>
        <w:t>연락처</w:t>
      </w:r>
    </w:p>
    <w:p>
      <w:r>
        <w:t>알맞은 사람에게 먼저 연락하면 더 빨리 답을 받을 수 있어요.</w:t>
      </w:r>
    </w:p>
    <w:p>
      <w:r>
        <w:t>역할, 이름, 이메일, 전화</w:t>
      </w:r>
    </w:p>
    <w:p>
      <w:r>
        <w:t>자원봉사 담당자, 한레이첼, coordinator@tutoringclub.example.org, 201-555-0142</w:t>
      </w:r>
    </w:p>
    <w:p>
      <w:r>
        <w:t>커뮤니티 센터 안내 데스크, 근무 직원, frontdesk@tutoringclub.example.org, 201-555-0100</w:t>
      </w:r>
    </w:p>
    <w:p>
      <w:r>
        <w:t>교재와 대출, 윤그레이스, materials@tutoringclub.example.org, 201-555-0157</w:t>
      </w:r>
    </w:p>
    <w:p>
      <w:r>
        <w:t>일정 변경, 박대니얼, schedule@tutoringclub.example.org, 201-555-0163</w:t>
      </w:r>
    </w:p>
    <w:p>
      <w:r>
        <w:t>[그림 아이디어, 선택: 커뮤니티 센터 교실 배치도. 넣는다면 그림 3으로 캡션을 달아요]</w:t>
      </w:r>
    </w:p>
    <w:p>
      <w:r>
        <w:t>동아리 연락처 블록(한 번 서식을 지정하고 빠른 문서 요소로 저장해요):</w:t>
      </w:r>
    </w:p>
    <w:p>
      <w:r>
        <w:t>포트리 커뮤니티 센터 과외 동아리</w:t>
      </w:r>
    </w:p>
    <w:p>
      <w:r>
        <w:t>coordinator@tutoringclub.example.org  |  201-555-0142</w:t>
      </w:r>
    </w:p>
    <w:p>
      <w:r>
        <w:t>수업: 월요일~금요일 오후 3:30~6:00</w:t>
      </w:r>
    </w:p>
    <w:p>
      <w:r>
        <w:t>검토하는 짝에게(검토가 끝나면 이 부분을 지워요)</w:t>
      </w:r>
    </w:p>
    <w:p>
      <w:r>
        <w:t>1. 무엇이든 입력하기 전에 변경 내용 추적을 켜 주세요.</w:t>
      </w:r>
    </w:p>
    <w:p>
      <w:r>
        <w:t>2. 수업 규칙과 자원봉사자 안내를 읽고 분명하지 않은 문장을 고쳐 주세요.</w:t>
      </w:r>
    </w:p>
    <w:p>
      <w:r>
        <w:t>3. 상호 참조마다 알맞은 표나 그림으로 이동하는지 확인해 주세요.</w:t>
      </w:r>
    </w:p>
    <w:p>
      <w:r>
        <w:t>4. 일정을 자주 묻는 질문, 연락처와 비교하고, 맞지 않는 곳에 메모를 남겨 주세요.</w:t>
      </w:r>
    </w:p>
    <w:p>
      <w:r>
        <w:t>5. 모두 직접 고치지 말고, 질문 메모를 적어도 두 개 남겨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 (서식 없음)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