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Batang" w:hAnsi="Batang"/>
          <w:b/>
          <w:color w:val="1F5F99"/>
          <w:sz w:val="36"/>
        </w:rPr>
        <w:t>레오니아 지점에 오신 걸 환영해요!!</w:t>
      </w:r>
    </w:p>
    <w:p>
      <w:r>
        <w:rPr>
          <w:i/>
          <w:sz w:val="18"/>
        </w:rPr>
        <w:t>새 코디네이터 미나의 초안</w:t>
      </w:r>
    </w:p>
    <w:p/>
    <w:p>
      <w:r>
        <w:rPr>
          <w:rFonts w:ascii="Gulim" w:hAnsi="Gulim"/>
        </w:rPr>
        <w:t>매주 수요일 방과 후 도서관 공부방에서 만나요. 학생들의 숙제와 읽기를 도와주셔서 고마워요!</w:t>
      </w:r>
    </w:p>
    <w:p/>
    <w:p/>
    <w:p>
      <w:r>
        <w:rPr>
          <w:rFonts w:ascii="Dotum" w:hAnsi="Dotum"/>
          <w:b/>
          <w:sz w:val="28"/>
        </w:rPr>
        <w:t>일정</w:t>
      </w:r>
    </w:p>
    <w:p>
      <w:r>
        <w:t>요일          시간            장소</w:t>
      </w:r>
    </w:p>
    <w:p>
      <w:r>
        <w:t>수요일        3:30-5:00       공부방</w:t>
      </w:r>
    </w:p>
    <w:p>
      <w:r>
        <w:t>토요일        10:00-11:30     어린이 코너</w:t>
      </w:r>
    </w:p>
    <w:p/>
    <w:p/>
    <w:p>
      <w:r>
        <w:rPr>
          <w:b/>
          <w:u w:val="single"/>
        </w:rPr>
        <w:t>도착하면 할 일</w:t>
      </w:r>
    </w:p>
    <w:p>
      <w:r>
        <w:t>1) 도서관 안내 데스크에서 출석 적기</w:t>
      </w:r>
    </w:p>
    <w:p>
      <w:r>
        <w:t>2) 파란색 과외 동아리 폴더 받기</w:t>
      </w:r>
    </w:p>
    <w:p>
      <w:r>
        <w:t>3) 원형 탁자에서 내 학생 찾기</w:t>
      </w:r>
    </w:p>
    <w:p>
      <w:r>
        <w:t>4) 떠나기 전에 수업 일지에 두 줄 쓰기</w:t>
      </w:r>
    </w:p>
    <w:p/>
    <w:p>
      <w:r>
        <w:rPr>
          <w:b/>
          <w:color w:val="C2185B"/>
          <w:sz w:val="30"/>
        </w:rPr>
        <w:t>규칙</w:t>
      </w:r>
    </w:p>
    <w:p>
      <w:r>
        <w:t xml:space="preserve">    - 항상 열린 공부 공간에 있어요</w:t>
      </w:r>
    </w:p>
    <w:p>
      <w:r>
        <w:t xml:space="preserve">    - 학생과 전화번호를 주고받지 않아요</w:t>
      </w:r>
    </w:p>
    <w:p>
      <w:r>
        <w:t xml:space="preserve">    - 필요한 게 있으면 안내 데스크의 김대니 선생님께 물어보세요</w:t>
      </w:r>
    </w:p>
    <w:p/>
    <w:p>
      <w:r>
        <w:rPr>
          <w:rFonts w:ascii="Gungsuh" w:hAnsi="Gungsuh"/>
        </w:rPr>
        <w:t>궁금한 점은 동아리 메일로 보내 주세요. 자원봉사자 매뉴얼은 여기를 클릭하세요.</w:t>
      </w:r>
    </w:p>
    <w:p>
      <w:pPr>
        <w:pStyle w:val="Heading1"/>
        <w:pageBreakBefore/>
      </w:pPr>
      <w:r>
        <w:t>코치 피드백 서식</w:t>
      </w:r>
    </w:p>
    <w:p>
      <w:r>
        <w:t>학습자: 미나    문서: 레오니아 지점 환영 안내서    차수: 1차</w:t>
      </w:r>
    </w:p>
    <w:p>
      <w:r>
        <w:t>학습자는 무엇을, 누구를 위해 만들고 있나요?</w:t>
      </w:r>
    </w:p>
    <w:p>
      <w:r>
        <w:t>______________________________________________________________</w:t>
      </w:r>
    </w:p>
    <w:p>
      <w:pPr>
        <w:pStyle w:val="Heading2"/>
      </w:pPr>
      <w:r>
        <w:t>평가 기준표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영역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시작 / 성장 / 능숙</w:t>
            </w:r>
          </w:p>
        </w:tc>
        <w:tc>
          <w:tcPr>
            <w:tcW w:type="dxa" w:w="2880"/>
          </w:tcPr>
          <w:p>
            <w:r>
              <w:rPr>
                <w:b/>
              </w:rPr>
              <w:t>근거</w:t>
            </w:r>
          </w:p>
        </w:tc>
      </w:tr>
      <w:tr>
        <w:tc>
          <w:tcPr>
            <w:tcW w:type="dxa" w:w="2880"/>
          </w:tcPr>
          <w:p>
            <w:r>
              <w:t>구조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서식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맞춤과 목록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간격과 페이지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접근성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표현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메모 계획(구조, 서식, 표현 순서)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칭찬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질문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제안과 튜토리얼 링크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오늘 가르칠 기술 하나</w:t>
      </w:r>
    </w:p>
    <w:p>
      <w:r>
        <w:t>시범: ____________________________</w:t>
      </w:r>
    </w:p>
    <w:p>
      <w:r>
        <w:t>함께: ____________________________</w:t>
      </w:r>
    </w:p>
    <w:p>
      <w:r>
        <w:t>혼자: ____________________________</w:t>
      </w:r>
    </w:p>
    <w:p>
      <w:pPr>
        <w:pStyle w:val="Heading2"/>
      </w:pPr>
      <w:r>
        <w:t>2차 메모</w:t>
      </w:r>
    </w:p>
    <w:p>
      <w:r>
        <w:t>나아진 점(구체적인 칭찬): 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레오니아 지점 환영 안내서(학습자 초안)와 코치 피드백 서식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