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과외 동아리 2025-26 연간 보고서 (초안)</w:t>
      </w:r>
    </w:p>
    <w:p>
      <w:pPr>
        <w:pStyle w:val="Heading1"/>
      </w:pPr>
      <w:r>
        <w:t>서론</w:t>
      </w:r>
    </w:p>
    <w:p>
      <w:r>
        <w:t>과외 동아리는 2024년 포트리 커뮤니티 센터에서 몇몇 자원봉사자가 시작했습니다. 우리의 목표는 늘 방과 후에 지역 학생들의 숙제와 읽기를 돕는 것이었습니다. 이 보고서는 2025년 9월부터 2026년 6월까지의 한 해를 설명합니다.</w:t>
      </w:r>
    </w:p>
    <w:p>
      <w:pPr>
        <w:pStyle w:val="Heading1"/>
      </w:pPr>
      <w:r>
        <w:t>배경</w:t>
      </w:r>
    </w:p>
    <w:p>
      <w:r>
        <w:t>9월에는 가족을 위한 환영 행사로 가을 학기를 시작했습니다. 10월에는 잉글우드 공공 도서관에 두 번째 지점이 문을 열었고, 새 코디네이터 두 명이 운영을 맡았습니다. 겨울 동안 두 지점을 위한 자원봉사자 매뉴얼과 안전 정책을 만들었습니다.</w:t>
      </w:r>
    </w:p>
    <w:p>
      <w:pPr>
        <w:pStyle w:val="Heading1"/>
      </w:pPr>
      <w:r>
        <w:t>활동</w:t>
      </w:r>
    </w:p>
    <w:p>
      <w:r>
        <w:t>한 해 동안 자원봉사자들은 매우 열심히 활동했으며 수업은 포트리에서 매주 화요일과 목요일, 잉글우드에서 매주 수요일에 열렸고, 출석은 지점 코디네이터가 매주 수집하였으며, 포트리의 주간 평균 출석은 가을 42명에서 봄 58명으로, 잉글우드는 25명에서 39명으로 증가하였는데 이는 전체 출석이 67명에서 97명으로 늘어난 것을 의미하며, 자원봉사자들은 총 1,860시간을 봉사하였지만 신규 자원봉사자 신청은 가을 31명에서 봄 18명으로 감소하였고, 연말에는 두 지점 모두 자리가 없어 학생 23명이 대기 명단에 있었으며, 많은 가족이 더 많은 요일에 수업이 열리기를 희망하였고, 커뮤니티 센터에서는 교재비와 신규 자원봉사자 신원 조회 비용을 우리가 부담할 수 있다면 2026년 9월부터 레오니아 분원의 교실을 제공하겠다고 제안하였습니다.</w:t>
      </w:r>
    </w:p>
    <w:p>
      <w:pPr>
        <w:pStyle w:val="Heading1"/>
      </w:pPr>
      <w:r>
        <w:t>데이터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지점</w:t>
            </w:r>
          </w:p>
        </w:tc>
        <w:tc>
          <w:tcPr>
            <w:tcW w:type="dxa" w:w="2880"/>
          </w:tcPr>
          <w:p>
            <w:r>
              <w:rPr>
                <w:b/>
              </w:rPr>
              <w:t>가을</w:t>
            </w:r>
          </w:p>
        </w:tc>
        <w:tc>
          <w:tcPr>
            <w:tcW w:type="dxa" w:w="2880"/>
          </w:tcPr>
          <w:p>
            <w:r>
              <w:rPr>
                <w:b/>
              </w:rPr>
              <w:t>봄</w:t>
            </w:r>
          </w:p>
        </w:tc>
      </w:tr>
      <w:tr>
        <w:tc>
          <w:tcPr>
            <w:tcW w:type="dxa" w:w="2880"/>
          </w:tcPr>
          <w:p>
            <w:r>
              <w:t>포트리</w:t>
            </w:r>
          </w:p>
        </w:tc>
        <w:tc>
          <w:tcPr>
            <w:tcW w:type="dxa" w:w="2880"/>
          </w:tcPr>
          <w:p>
            <w:r>
              <w:t>42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잉글우드</w:t>
            </w:r>
          </w:p>
        </w:tc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합계</w:t>
            </w:r>
          </w:p>
        </w:tc>
        <w:tc>
          <w:tcPr>
            <w:tcW w:type="dxa" w:w="2880"/>
          </w:tcPr>
          <w:p>
            <w:r>
              <w:t>67</w:t>
            </w:r>
          </w:p>
        </w:tc>
        <w:tc>
          <w:tcPr>
            <w:tcW w:type="dxa" w:w="2880"/>
          </w:tcPr>
          <w:p>
            <w:r>
              <w:t>97</w:t>
            </w:r>
          </w:p>
        </w:tc>
      </w:tr>
    </w:tbl>
    <w:p>
      <w:pPr>
        <w:pStyle w:val="Heading1"/>
      </w:pPr>
      <w:r>
        <w:t>기타</w:t>
      </w:r>
    </w:p>
    <w:p>
      <w:r>
        <w:t>올해 도움을 주신 커뮤니티 센터 직원분들, 도서관, 그리고 모든 자원봉사자와 가족분들께 감사드립니다.</w:t>
      </w:r>
    </w:p>
    <w:p>
      <w:pPr>
        <w:pStyle w:val="Heading1"/>
      </w:pPr>
      <w:r>
        <w:t>결론</w:t>
      </w:r>
    </w:p>
    <w:p>
      <w:r>
        <w:t>결론적으로 매우 좋은 한 해였습니다. 출석이 약 45% 늘었고 대기 명단이 있으므로, 2026년 가을에 레오니아에 세 번째 지점을 열 것을 권고합니다. 첫해 예상 비용은 4,800달러(교재 2,300달러, 신원 조회 1,500달러, 교육 1,000달러)이며, 6월 15일 이사회 회의에서 이 예산을 승인해 주시기를 요청합니다. 또한 신청이 줄었으므로 봄에 자원봉사자 모집 활동을 할 것을 권고합니다.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동아리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연간보고서 초안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