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자원봉사자 매뉴얼</w:t>
      </w:r>
    </w:p>
    <w:p>
      <w:r>
        <w:t>과외 동아리 · 포트리 커뮤니티 센터와 협력 지점</w:t>
      </w:r>
    </w:p>
    <w:p>
      <w:r>
        <w:t>이 매뉴얼은 모든 자원봉사 튜터를 위한 안내서예요. 첫 수업 전에 읽고, 인쇄한 소책자는 지점 폴더에 넣어 두세요.</w:t>
      </w:r>
    </w:p>
    <w:p>
      <w:pPr>
        <w:pStyle w:val="Heading1"/>
      </w:pPr>
      <w:r>
        <w:t>1. 환영해요</w:t>
      </w:r>
    </w:p>
    <w:p>
      <w:r>
        <w:t>과외 동아리는 방과 후에 학생들의 숙제와 읽기를 도와요. 자원봉사자는 지점마다 두 명씩 짝을 이뤄 일하고, 지점 코디네이터가 도와줘요.</w:t>
      </w:r>
    </w:p>
    <w:p>
      <w:pPr>
        <w:pStyle w:val="Heading2"/>
      </w:pPr>
      <w:r>
        <w:t>연락처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역할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이름</w:t>
            </w:r>
          </w:p>
        </w:tc>
        <w:tc>
          <w:tcPr>
            <w:tcW w:type="dxa" w:w="2880"/>
          </w:tcPr>
          <w:p>
            <w:r>
              <w:rPr>
                <w:b/>
              </w:rPr>
              <w:t>연락 방법</w:t>
            </w:r>
          </w:p>
        </w:tc>
      </w:tr>
      <w:tr>
        <w:tc>
          <w:tcPr>
            <w:tcW w:type="dxa" w:w="2880"/>
          </w:tcPr>
          <w:p>
            <w:r>
              <w:t>총괄 코디네이터</w:t>
            </w:r>
          </w:p>
        </w:tc>
        <w:tc>
          <w:tcPr>
            <w:tcW w:type="dxa" w:w="2880"/>
          </w:tcPr>
          <w:p>
            <w:r>
              <w:t>오옐라란 선생님</w:t>
            </w:r>
          </w:p>
        </w:tc>
        <w:tc>
          <w:tcPr>
            <w:tcW w:type="dxa" w:w="2880"/>
          </w:tcPr>
          <w:p>
            <w:r>
              <w:t>동아리 메일</w:t>
            </w:r>
          </w:p>
        </w:tc>
      </w:tr>
      <w:tr>
        <w:tc>
          <w:tcPr>
            <w:tcW w:type="dxa" w:w="2880"/>
          </w:tcPr>
          <w:p>
            <w:r>
              <w:t>포트리 지점</w:t>
            </w:r>
          </w:p>
        </w:tc>
        <w:tc>
          <w:tcPr>
            <w:tcW w:type="dxa" w:w="2880"/>
          </w:tcPr>
          <w:p>
            <w:r>
              <w:t>소피아 라미레스</w:t>
            </w:r>
          </w:p>
        </w:tc>
        <w:tc>
          <w:tcPr>
            <w:tcW w:type="dxa" w:w="2880"/>
          </w:tcPr>
          <w:p>
            <w:r>
              <w:t>안내 데스크, 204호</w:t>
            </w:r>
          </w:p>
        </w:tc>
      </w:tr>
      <w:tr>
        <w:tc>
          <w:tcPr>
            <w:tcW w:type="dxa" w:w="2880"/>
          </w:tcPr>
          <w:p>
            <w:r>
              <w:t>도서관 지점</w:t>
            </w:r>
          </w:p>
        </w:tc>
        <w:tc>
          <w:tcPr>
            <w:tcW w:type="dxa" w:w="2880"/>
          </w:tcPr>
          <w:p>
            <w:r>
              <w:t>김대니</w:t>
            </w:r>
          </w:p>
        </w:tc>
        <w:tc>
          <w:tcPr>
            <w:tcW w:type="dxa" w:w="2880"/>
          </w:tcPr>
          <w:p>
            <w:r>
              <w:t>도서관 안내 데스크</w:t>
            </w:r>
          </w:p>
        </w:tc>
      </w:tr>
    </w:tbl>
    <w:p>
      <w:pPr>
        <w:pStyle w:val="Heading1"/>
        <w:pageBreakBefore/>
      </w:pPr>
      <w:r>
        <w:t>2. 첫 수업</w:t>
      </w:r>
    </w:p>
    <w:p>
      <w:r>
        <w:t>15분 일찍 도착해 안내 데스크에서 출석을 적고 지점 폴더를 받아요. 지점 코디네이터가 학생들을 소개해 줘요.</w:t>
      </w:r>
    </w:p>
    <w:p>
      <w:pPr>
        <w:pStyle w:val="Heading2"/>
      </w:pPr>
      <w:r>
        <w:t>수업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언제</w:t>
            </w:r>
          </w:p>
        </w:tc>
        <w:tc>
          <w:tcPr>
            <w:tcW w:type="dxa" w:w="4320"/>
          </w:tcPr>
          <w:p>
            <w:r>
              <w:rPr>
                <w:b/>
              </w:rPr>
              <w:t>할 일</w:t>
            </w:r>
          </w:p>
        </w:tc>
      </w:tr>
      <w:tr>
        <w:tc>
          <w:tcPr>
            <w:tcW w:type="dxa" w:w="4320"/>
          </w:tcPr>
          <w:p>
            <w:r>
              <w:t>수업 전</w:t>
            </w:r>
          </w:p>
        </w:tc>
        <w:tc>
          <w:tcPr>
            <w:tcW w:type="dxa" w:w="4320"/>
          </w:tcPr>
          <w:p>
            <w:r>
              <w:t>폴더의 학생 메모 읽기</w:t>
            </w:r>
          </w:p>
        </w:tc>
      </w:tr>
      <w:tr>
        <w:tc>
          <w:tcPr>
            <w:tcW w:type="dxa" w:w="4320"/>
          </w:tcPr>
          <w:p>
            <w:r>
              <w:t>수업 중</w:t>
            </w:r>
          </w:p>
        </w:tc>
        <w:tc>
          <w:tcPr>
            <w:tcW w:type="dxa" w:w="4320"/>
          </w:tcPr>
          <w:p>
            <w:r>
              <w:t>숙제 먼저, 그다음 연습</w:t>
            </w:r>
          </w:p>
        </w:tc>
      </w:tr>
      <w:tr>
        <w:tc>
          <w:tcPr>
            <w:tcW w:type="dxa" w:w="4320"/>
          </w:tcPr>
          <w:p>
            <w:r>
              <w:t>수업 후</w:t>
            </w:r>
          </w:p>
        </w:tc>
        <w:tc>
          <w:tcPr>
            <w:tcW w:type="dxa" w:w="4320"/>
          </w:tcPr>
          <w:p>
            <w:r>
              <w:t>수업 일지에 두 줄 쓰기</w:t>
            </w:r>
          </w:p>
        </w:tc>
      </w:tr>
    </w:tbl>
    <w:p>
      <w:pPr>
        <w:jc w:val="center"/>
      </w:pPr>
      <w:r>
        <w:rPr>
          <w:i/>
          <w:color w:val="666666"/>
        </w:rPr>
        <w:t>[그림 자리 표시자: 출석 데스크의 자원봉사자들. 대체 텍스트를 넣거나 장식용으로 표시하세요.]</w:t>
      </w:r>
    </w:p>
    <w:p>
      <w:r>
        <w:rPr>
          <w:i/>
          <w:sz w:val="18"/>
        </w:rPr>
        <w:t>그림 1. 포트리 지점의 출석 데스크</w:t>
      </w:r>
    </w:p>
    <w:p>
      <w:pPr>
        <w:pStyle w:val="Heading1"/>
        <w:pageBreakBefore/>
      </w:pPr>
      <w:r>
        <w:t>3. 안전과 행동 수칙</w:t>
      </w:r>
    </w:p>
    <w:p>
      <w:r>
        <w:t>항상 여럿이 함께 쓰는 열린 공간에서 수업해요. 학생과 단둘이 만나거나 동아리 시간 밖에 만나지 마세요.</w:t>
      </w:r>
    </w:p>
    <w:p>
      <w:pPr>
        <w:pStyle w:val="ListBullet"/>
      </w:pPr>
      <w:r>
        <w:t>올 때와 갈 때 매번 출석을 적어요</w:t>
      </w:r>
    </w:p>
    <w:p>
      <w:pPr>
        <w:pStyle w:val="ListBullet"/>
      </w:pPr>
      <w:r>
        <w:t>학생 정보는 휴대폰이 아니라 지점 폴더에 보관해요</w:t>
      </w:r>
    </w:p>
    <w:p>
      <w:pPr>
        <w:pStyle w:val="ListBullet"/>
      </w:pPr>
      <w:r>
        <w:t>걱정되는 일은 그날 바로 지점 코디네이터에게 알려요</w:t>
      </w:r>
    </w:p>
    <w:p>
      <w:pPr>
        <w:pStyle w:val="Heading2"/>
      </w:pPr>
      <w:r>
        <w:t>문제가 생기면</w:t>
      </w:r>
    </w:p>
    <w:p>
      <w:pPr>
        <w:pStyle w:val="ListNumber"/>
      </w:pPr>
      <w:r>
        <w:t>모두가 안전한지 확인해요</w:t>
      </w:r>
    </w:p>
    <w:p>
      <w:pPr>
        <w:pStyle w:val="ListNumber"/>
      </w:pPr>
      <w:r>
        <w:t>지점 코디네이터나 안내 데스크에 알려요</w:t>
      </w:r>
    </w:p>
    <w:p>
      <w:pPr>
        <w:pStyle w:val="ListNumber"/>
      </w:pPr>
      <w:r>
        <w:t>떠나기 전에 사고 기록부에 있었던 일을 적어요</w:t>
      </w:r>
    </w:p>
    <w:p>
      <w:pPr>
        <w:pStyle w:val="Heading1"/>
        <w:pageBreakBefore/>
      </w:pPr>
      <w:r>
        <w:t>4. 메모</w:t>
      </w:r>
    </w:p>
    <w:p>
      <w:r>
        <w:t>이 페이지에 내 메모, 전화번호, 수업 아이디어를 적어 두세요.</w:t>
      </w:r>
    </w:p>
    <w:p/>
    <w:p/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v0.9 초안 · 과외 동아리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 자원봉사자 매뉴얼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자원봉사자 매뉴얼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