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ungsuh" w:hAnsi="Gungsuh"/>
          <w:b/>
          <w:color w:val="1F5F99"/>
          <w:sz w:val="40"/>
        </w:rPr>
        <w:t>분수의 덧셈</w:t>
      </w:r>
    </w:p>
    <w:p>
      <w:r>
        <w:t>분모가 같은 분수를 더할 때는  분자끼리 더하고 분모는 그대로 둬요.  2/7 + 3/7 = 5/7.</w:t>
      </w:r>
    </w:p>
    <w:p/>
    <w:p/>
    <w:p>
      <w:r>
        <w:rPr>
          <w:rFonts w:ascii="Dotum" w:hAnsi="Dotum"/>
          <w:i/>
          <w:color w:val="388E3C"/>
        </w:rPr>
        <w:t>팁: 분모를 "7분의"처럼 단위로 소리 내어 읽어 보세요.   7분의 2 더하기 7분의 3은 7분의 5예요.</w:t>
      </w:r>
    </w:p>
    <w:p/>
    <w:p>
      <w:r>
        <w:rPr>
          <w:rFonts w:ascii="Gulim" w:hAnsi="Gulim"/>
          <w:b/>
          <w:sz w:val="30"/>
        </w:rPr>
        <w:t>분모가 다를 때</w:t>
      </w:r>
    </w:p>
    <w:p>
      <w:r>
        <w:t>먼저 공통분모를   찾아요.  1/2 + 1/3은 6을 써서  3/6 + 2/6 = 5/6이에요.</w:t>
      </w:r>
    </w:p>
    <w:p>
      <w:r>
        <w:rPr>
          <w:b/>
          <w:color w:val="2E7D32"/>
          <w:sz w:val="20"/>
        </w:rPr>
        <w:t>팁: 두 분모를 곱하면 항상 공통분모가 돼요.  다만 가장 작은 공통분모는 아닐 수 있어요.</w:t>
      </w:r>
    </w:p>
    <w:p/>
    <w:p/>
    <w:p>
      <w:r>
        <w:rPr>
          <w:rFonts w:ascii="Batang" w:hAnsi="Batang"/>
          <w:b/>
          <w:sz w:val="28"/>
          <w:u w:val="single"/>
        </w:rPr>
        <w:t>답을 약분하기</w:t>
      </w:r>
    </w:p>
    <w:p>
      <w:r>
        <w:t>분자와 분모에 공통인 약수가 있으면  둘 다 그 수로 나눠요.  4/8 = 1/2.</w:t>
      </w:r>
    </w:p>
    <w:p>
      <w:r>
        <w:rPr>
          <w:color w:val="7B1FA2"/>
        </w:rPr>
        <w:t>TIP: 분수를 피자 조각으로 그려서 답을 확인해 보세요(도전 과제용).</w:t>
      </w:r>
    </w:p>
    <w:p/>
    <w:p>
      <w:r>
        <w:rPr>
          <w:i/>
          <w:color w:val="388E3C"/>
        </w:rPr>
        <w:t xml:space="preserve">  팁: 공백으로 시작하는 팁이에요(도전 과제용).</w:t>
      </w:r>
    </w:p>
    <w:p/>
    <w:p/>
    <w:p>
      <w:r>
        <w:rPr>
          <w:rFonts w:ascii="Gulim" w:hAnsi="Gulim"/>
          <w:b/>
          <w:color w:val="1F5F99"/>
          <w:sz w:val="30"/>
        </w:rPr>
        <w:t>연습</w:t>
      </w:r>
    </w:p>
    <w:p>
      <w:r>
        <w:t>1.   3/8 + 2/8</w:t>
      </w:r>
    </w:p>
    <w:p>
      <w:r>
        <w:t>2.   1/4 + 1/6</w:t>
      </w:r>
    </w:p>
    <w:p>
      <w:r>
        <w:t>3.   2/3 + 1/9</w:t>
      </w:r>
    </w:p>
    <w:p>
      <w:pPr>
        <w:pStyle w:val="Heading1"/>
        <w:pageBreakBefore/>
      </w:pPr>
      <w:r>
        <w:t>자동화 할 일 목록</w:t>
      </w:r>
    </w:p>
    <w:p>
      <w:r>
        <w:t>자동화하기 전에 작업마다 점수를 매겨요. 학기당 횟수 × 한 번에 걸리는 분 = 아낄 수 있는 시간(분). 실수가 치명적이면 두 배로 쳐요.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작업</w:t>
            </w:r>
          </w:p>
        </w:tc>
        <w:tc>
          <w:tcPr>
            <w:tcW w:type="dxa" w:w="1728"/>
          </w:tcPr>
          <w:p>
            <w:r>
              <w:rPr>
                <w:b/>
              </w:rPr>
              <w:t>학기당 횟수</w:t>
            </w:r>
          </w:p>
        </w:tc>
        <w:tc>
          <w:tcPr>
            <w:tcW w:type="dxa" w:w="1728"/>
          </w:tcPr>
          <w:p>
            <w:r>
              <w:rPr>
                <w:b/>
              </w:rPr>
              <w:t>한 번에 걸리는 분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실수 위험(낮음/보통/높음)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도구</w:t>
            </w:r>
          </w:p>
        </w:tc>
      </w:tr>
      <w:tr>
        <w:tc>
          <w:tcPr>
            <w:tcW w:type="dxa" w:w="1728"/>
          </w:tcPr>
          <w:p>
            <w:r>
              <w:t>동아리 연락처 상자 입력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안내문에 붙여 넣은 글 정리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모든 팁에 팁 상자 스타일 주기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월간 보고서 필드 업데이트 후 PDF 저장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수료증 만들기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할 일</w:t>
      </w:r>
    </w:p>
    <w:p>
      <w:pPr>
        <w:pStyle w:val="ListNumber"/>
      </w:pPr>
      <w:r>
        <w:t>이 파일의 사본을 저장하고 사본에서만 작업해요.</w:t>
      </w:r>
    </w:p>
    <w:p>
      <w:pPr>
        <w:pStyle w:val="ListNumber"/>
      </w:pPr>
      <w:r>
        <w:t>CleanHandout을 기록해요(공백 두 칸을 한 칸으로 모두 바꾸기). 저장 위치는 Normal.dotm이에요.</w:t>
      </w:r>
    </w:p>
    <w:p>
      <w:pPr>
        <w:pStyle w:val="ListNumber"/>
      </w:pPr>
      <w:r>
        <w:t>Alt+F11로 VBA 편집기를 열고 NewMacros에서 기록한 코드를 찾아요.</w:t>
      </w:r>
    </w:p>
    <w:p>
      <w:pPr>
        <w:pStyle w:val="ListNumber"/>
      </w:pPr>
      <w:r>
        <w:t>Option Explicit, 주석, Range를 써서 다시 쓰고 빈 단락 정리를 더해요.</w:t>
      </w:r>
    </w:p>
    <w:p>
      <w:pPr>
        <w:pStyle w:val="ListNumber"/>
      </w:pPr>
      <w:r>
        <w:t>팁 상자 단락 스타일을 만들고 StyleTips 매크로를 실행해요.</w:t>
      </w:r>
    </w:p>
    <w:p>
      <w:pPr>
        <w:pStyle w:val="ListNumber"/>
      </w:pPr>
      <w:r>
        <w:t>안내문을 .docx로 저장하고 매크로가 어디에 저장돼 있는지 확인해요.</w:t>
      </w:r>
    </w:p>
    <w:p>
      <w:pPr>
        <w:pStyle w:val="ListNumber"/>
      </w:pPr>
      <w:r>
        <w:t>도전: UpdateAndExportPdf를 쓰고 빠른 실행 도구 모음에 추가해요.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안내문    수학, 5학년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지저분한 안내문과 자동화 할 일 목록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