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서식 파일 키트 계획</w:t>
      </w:r>
    </w:p>
    <w:p>
      <w:r>
        <w:t>무엇을 만들기 전에 이 계획부터 채우세요. 스타일 안내서 메모의 첫 버전으로 키트 폴더에 보관해요.</w:t>
      </w:r>
    </w:p>
    <w:p>
      <w:pPr>
        <w:pStyle w:val="Heading1"/>
      </w:pPr>
      <w:r>
        <w:t>1. 동아리에 필요한 서식 파일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문서 종류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서식 파일 이름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얼마나 자주?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담당자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상태</w:t>
            </w:r>
          </w:p>
        </w:tc>
      </w:tr>
      <w:tr>
        <w:tc>
          <w:tcPr>
            <w:tcW w:type="dxa" w:w="1728"/>
          </w:tcPr>
          <w:p>
            <w:r>
              <w:t>학부모 편지</w:t>
            </w:r>
          </w:p>
        </w:tc>
        <w:tc>
          <w:tcPr>
            <w:tcW w:type="dxa" w:w="1728"/>
          </w:tcPr>
          <w:p>
            <w:r>
              <w:t>동아리 편지.dotx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안내문</w:t>
            </w:r>
          </w:p>
        </w:tc>
        <w:tc>
          <w:tcPr>
            <w:tcW w:type="dxa" w:w="1728"/>
          </w:tcPr>
          <w:p>
            <w:r>
              <w:t>동아리 안내문.dotx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보고서, 제안서</w:t>
            </w:r>
          </w:p>
        </w:tc>
        <w:tc>
          <w:tcPr>
            <w:tcW w:type="dxa" w:w="1728"/>
          </w:tcPr>
          <w:p>
            <w:r>
              <w:t>동아리 보고서.dotx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신청서</w:t>
            </w:r>
          </w:p>
        </w:tc>
        <w:tc>
          <w:tcPr>
            <w:tcW w:type="dxa" w:w="1728"/>
          </w:tcPr>
          <w:p>
            <w:r>
              <w:t>동아리 신청서.dotx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행사 전단지</w:t>
            </w:r>
          </w:p>
        </w:tc>
        <w:tc>
          <w:tcPr>
            <w:tcW w:type="dxa" w:w="1728"/>
          </w:tcPr>
          <w:p>
            <w:r>
              <w:t>동아리 전단지.dotx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이번 연습에서 만들기</w:t>
            </w:r>
          </w:p>
        </w:tc>
      </w:tr>
    </w:tbl>
    <w:p>
      <w:pPr>
        <w:pStyle w:val="Heading1"/>
      </w:pPr>
      <w:r>
        <w:t>2. 키트 구성</w:t>
      </w:r>
    </w:p>
    <w:p>
      <w:pPr>
        <w:pStyle w:val="ListBullet"/>
      </w:pPr>
      <w:r>
        <w:t>[ ] 한 쪽짜리 스타일 안내서</w:t>
      </w:r>
    </w:p>
    <w:p>
      <w:pPr>
        <w:pStyle w:val="ListBullet"/>
      </w:pPr>
      <w:r>
        <w:t>[ ] 내용을 채운 예시 문서(편지, 안내문, 보고서)</w:t>
      </w:r>
    </w:p>
    <w:p>
      <w:pPr>
        <w:pStyle w:val="ListBullet"/>
      </w:pPr>
      <w:r>
        <w:t>[ ] 서식 파일에 저장한 문서 블록: 연락처 상자, 사진 촬영 안내, 지점 주소</w:t>
      </w:r>
    </w:p>
    <w:p>
      <w:pPr>
        <w:pStyle w:val="ListBullet"/>
      </w:pPr>
      <w:r>
        <w:t>[ ] 이미지 폴더의 승인된 로고(큰 것, 작은 것, 흑백)</w:t>
      </w:r>
    </w:p>
    <w:p>
      <w:pPr>
        <w:pStyle w:val="ListBullet"/>
      </w:pPr>
      <w:r>
        <w:t>[ ] Template version 속성과 키트 변경 기록.docx</w:t>
      </w:r>
    </w:p>
    <w:p>
      <w:pPr>
        <w:pStyle w:val="Heading1"/>
      </w:pPr>
      <w:r>
        <w:t>3. 시험 (통과 또는 실패)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시험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동아리 전단지 1.0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메모</w:t>
            </w:r>
          </w:p>
        </w:tc>
      </w:tr>
      <w:tr>
        <w:tc>
          <w:tcPr>
            <w:tcW w:type="dxa" w:w="2880"/>
          </w:tcPr>
          <w:p>
            <w:r>
              <w:t>새 문서 시험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붙여넣기 시험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긴 문서 시험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접근성 검사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인쇄와 PDF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Mac과 웹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4. 배포</w:t>
      </w:r>
    </w:p>
    <w:p>
      <w:r>
        <w:t>공유 폴더: ______________________________</w:t>
      </w:r>
    </w:p>
    <w:p>
      <w:r>
        <w:t>키트 담당자: ______________________________</w:t>
      </w:r>
    </w:p>
    <w:p>
      <w:r>
        <w:t>첫 버전 번호: ________     출시일: ________</w:t>
      </w:r>
    </w:p>
    <w:p>
      <w:pPr>
        <w:pageBreakBefore/>
        <w:jc w:val="center"/>
      </w:pPr>
      <w:r>
        <w:rPr>
          <w:rFonts w:ascii="Gungsuh" w:hAnsi="Gungsuh"/>
          <w:b/>
          <w:color w:val="D84315"/>
          <w:sz w:val="56"/>
        </w:rPr>
        <w:t>가을 과외!!!</w:t>
      </w:r>
    </w:p>
    <w:p>
      <w:pPr>
        <w:jc w:val="center"/>
      </w:pPr>
      <w:r>
        <w:rPr>
          <w:rFonts w:ascii="Gulim" w:hAnsi="Gulim"/>
          <w:color w:val="6A1B9A"/>
          <w:sz w:val="32"/>
        </w:rPr>
        <w:t>초등 3학년~중학 2학년 무료 숙제 도움</w:t>
      </w:r>
    </w:p>
    <w:p/>
    <w:p/>
    <w:p>
      <w:r>
        <w:rPr>
          <w:rFonts w:ascii="Batang" w:hAnsi="Batang"/>
          <w:sz w:val="26"/>
        </w:rPr>
        <w:t>언제:     매주 화요일, 목요일 오후 3:30 - 5:00</w:t>
      </w:r>
    </w:p>
    <w:p>
      <w:r>
        <w:rPr>
          <w:rFonts w:ascii="Batang" w:hAnsi="Batang"/>
          <w:sz w:val="26"/>
        </w:rPr>
        <w:t>어디서:     포트리 커뮤니티 센터 204호</w:t>
      </w:r>
    </w:p>
    <w:p>
      <w:r>
        <w:rPr>
          <w:rFonts w:ascii="Dotum" w:hAnsi="Dotum"/>
          <w:sz w:val="24"/>
        </w:rPr>
        <w:t>누가:        지역 고등학생 자원봉사 선생님</w:t>
      </w:r>
    </w:p>
    <w:p/>
    <w:p>
      <w:r>
        <w:rPr>
          <w:rFonts w:ascii="Gungsuh" w:hAnsi="Gungsuh"/>
          <w:b/>
          <w:color w:val="1F5F99"/>
          <w:sz w:val="30"/>
          <w:u w:val="single"/>
        </w:rPr>
        <w:t>준비물</w:t>
      </w:r>
    </w:p>
    <w:p>
      <w:r>
        <w:t xml:space="preserve">      - 숙제와 플래너</w:t>
      </w:r>
    </w:p>
    <w:p>
      <w:r>
        <w:t xml:space="preserve">      - 충전된 노트북이나 태블릿(있다면)</w:t>
      </w:r>
    </w:p>
    <w:p>
      <w:r>
        <w:t xml:space="preserve">      - 물병</w:t>
      </w:r>
    </w:p>
    <w:p/>
    <w:p>
      <w:r>
        <w:rPr>
          <w:rFonts w:ascii="Dotum" w:hAnsi="Dotum"/>
          <w:i/>
          <w:color w:val="388E3C"/>
          <w:sz w:val="24"/>
        </w:rPr>
        <w:t>TIP: 일찍 신청하세요, 잉글우드 지점은 금방 마감돼요!</w:t>
      </w:r>
    </w:p>
    <w:p/>
    <w:p/>
    <w:p>
      <w:pPr>
        <w:jc w:val="right"/>
      </w:pPr>
      <w:r>
        <w:rPr>
          <w:i/>
          <w:color w:val="2E7D32"/>
          <w:sz w:val="20"/>
        </w:rPr>
        <w:t>문의는 김 선생님 201-555-0147 또는 안내 데스크로</w:t>
      </w:r>
    </w:p>
    <w:p>
      <w:pPr>
        <w:jc w:val="center"/>
      </w:pPr>
      <w:r>
        <w:rPr>
          <w:color w:val="777777"/>
          <w:sz w:val="18"/>
        </w:rPr>
        <w:t>[로고 넣을 자리 - 작년 PDF에서 복사]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서식 파일 키트 연습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키트 계획 점검표와 손으로 꾸민 전단지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