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2026-27 연간 보고서: 계획</w:t>
      </w:r>
    </w:p>
    <w:p>
      <w:r>
        <w:rPr>
          <w:i/>
          <w:color w:val="7A7A7A"/>
        </w:rPr>
        <w:t>누구든 쓰기 시작하기 전에 이 파일을 OneDrive에 저장하고, 자동 저장을 켜고, 편집 권한으로 공유하세요.</w:t>
      </w:r>
    </w:p>
    <w:p>
      <w:pPr>
        <w:pStyle w:val="Heading1"/>
      </w:pPr>
      <w:r>
        <w:t>절 담당자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절</w:t>
            </w:r>
          </w:p>
        </w:tc>
        <w:tc>
          <w:tcPr>
            <w:tcW w:type="dxa" w:w="2160"/>
          </w:tcPr>
          <w:p>
            <w:r>
              <w:rPr>
                <w:b/>
              </w:rPr>
              <w:t>담당</w:t>
            </w:r>
          </w:p>
        </w:tc>
        <w:tc>
          <w:tcPr>
            <w:tcW w:type="dxa" w:w="2160"/>
          </w:tcPr>
          <w:p>
            <w:r>
              <w:rPr>
                <w:b/>
              </w:rPr>
              <w:t>마감</w:t>
            </w:r>
          </w:p>
        </w:tc>
        <w:tc>
          <w:tcPr>
            <w:tcW w:type="dxa" w:w="2160"/>
          </w:tcPr>
          <w:p>
            <w:r>
              <w:rPr>
                <w:b/>
              </w:rPr>
              <w:t>상태</w:t>
            </w:r>
          </w:p>
        </w:tc>
      </w:tr>
      <w:tr>
        <w:tc>
          <w:tcPr>
            <w:tcW w:type="dxa" w:w="2160"/>
          </w:tcPr>
          <w:p>
            <w:r>
              <w:t>1. 센터장 인사말</w:t>
            </w:r>
          </w:p>
        </w:tc>
        <w:tc>
          <w:tcPr>
            <w:tcW w:type="dxa" w:w="2160"/>
          </w:tcPr>
          <w:p>
            <w:r>
              <w:t>이준호</w:t>
            </w:r>
          </w:p>
        </w:tc>
        <w:tc>
          <w:tcPr>
            <w:tcW w:type="dxa" w:w="2160"/>
          </w:tcPr>
          <w:p>
            <w:r>
              <w:t>2026-11-07</w:t>
            </w:r>
          </w:p>
        </w:tc>
        <w:tc>
          <w:tcPr>
            <w:tcW w:type="dxa" w:w="2160"/>
          </w:tcPr>
          <w:p>
            <w:r>
              <w:t>시작 전</w:t>
            </w:r>
          </w:p>
        </w:tc>
      </w:tr>
      <w:tr>
        <w:tc>
          <w:tcPr>
            <w:tcW w:type="dxa" w:w="2160"/>
          </w:tcPr>
          <w:p>
            <w:r>
              <w:t>2. 숫자로 본 한 해</w:t>
            </w:r>
          </w:p>
        </w:tc>
        <w:tc>
          <w:tcPr>
            <w:tcW w:type="dxa" w:w="2160"/>
          </w:tcPr>
          <w:p>
            <w:r>
              <w:t>박미나</w:t>
            </w:r>
          </w:p>
        </w:tc>
        <w:tc>
          <w:tcPr>
            <w:tcW w:type="dxa" w:w="2160"/>
          </w:tcPr>
          <w:p>
            <w:r>
              <w:t>2026-11-10</w:t>
            </w:r>
          </w:p>
        </w:tc>
        <w:tc>
          <w:tcPr>
            <w:tcW w:type="dxa" w:w="2160"/>
          </w:tcPr>
          <w:p>
            <w:r>
              <w:t>작성 중</w:t>
            </w:r>
          </w:p>
        </w:tc>
      </w:tr>
      <w:tr>
        <w:tc>
          <w:tcPr>
            <w:tcW w:type="dxa" w:w="2160"/>
          </w:tcPr>
          <w:p>
            <w:r>
              <w:t>3. 지점 이야기</w:t>
            </w:r>
          </w:p>
        </w:tc>
        <w:tc>
          <w:tcPr>
            <w:tcW w:type="dxa" w:w="2160"/>
          </w:tcPr>
          <w:p>
            <w:r>
              <w:t>정우진</w:t>
            </w:r>
          </w:p>
        </w:tc>
        <w:tc>
          <w:tcPr>
            <w:tcW w:type="dxa" w:w="2160"/>
          </w:tcPr>
          <w:p>
            <w:r>
              <w:t>2026-11-10</w:t>
            </w:r>
          </w:p>
        </w:tc>
        <w:tc>
          <w:tcPr>
            <w:tcW w:type="dxa" w:w="2160"/>
          </w:tcPr>
          <w:p>
            <w:r>
              <w:t>작성 중</w:t>
            </w:r>
          </w:p>
        </w:tc>
      </w:tr>
      <w:tr>
        <w:tc>
          <w:tcPr>
            <w:tcW w:type="dxa" w:w="2160"/>
          </w:tcPr>
          <w:p>
            <w:r>
              <w:t>4. 자원봉사자</w:t>
            </w:r>
          </w:p>
        </w:tc>
        <w:tc>
          <w:tcPr>
            <w:tcW w:type="dxa" w:w="2160"/>
          </w:tcPr>
          <w:p>
            <w:r>
              <w:t>나</w:t>
            </w:r>
          </w:p>
        </w:tc>
        <w:tc>
          <w:tcPr>
            <w:tcW w:type="dxa" w:w="2160"/>
          </w:tcPr>
          <w:p>
            <w:r>
              <w:t>2026-11-12</w:t>
            </w:r>
          </w:p>
        </w:tc>
        <w:tc>
          <w:tcPr>
            <w:tcW w:type="dxa" w:w="2160"/>
          </w:tcPr>
          <w:p>
            <w:r>
              <w:t>시작 전</w:t>
            </w:r>
          </w:p>
        </w:tc>
      </w:tr>
      <w:tr>
        <w:tc>
          <w:tcPr>
            <w:tcW w:type="dxa" w:w="2160"/>
          </w:tcPr>
          <w:p>
            <w:r>
              <w:t>5. 재정</w:t>
            </w:r>
          </w:p>
        </w:tc>
        <w:tc>
          <w:tcPr>
            <w:tcW w:type="dxa" w:w="2160"/>
          </w:tcPr>
          <w:p>
            <w:r>
              <w:t>이준호</w:t>
            </w:r>
          </w:p>
        </w:tc>
        <w:tc>
          <w:tcPr>
            <w:tcW w:type="dxa" w:w="2160"/>
          </w:tcPr>
          <w:p>
            <w:r>
              <w:t>2026-11-14</w:t>
            </w:r>
          </w:p>
        </w:tc>
        <w:tc>
          <w:tcPr>
            <w:tcW w:type="dxa" w:w="2160"/>
          </w:tcPr>
          <w:p>
            <w:r>
              <w:t>시작 전</w:t>
            </w:r>
          </w:p>
        </w:tc>
      </w:tr>
      <w:tr>
        <w:tc>
          <w:tcPr>
            <w:tcW w:type="dxa" w:w="2160"/>
          </w:tcPr>
          <w:p>
            <w:r>
              <w:t>6. 앞으로의 계획</w:t>
            </w:r>
          </w:p>
        </w:tc>
        <w:tc>
          <w:tcPr>
            <w:tcW w:type="dxa" w:w="2160"/>
          </w:tcPr>
          <w:p>
            <w:r>
              <w:t>함께하는 사람</w:t>
            </w:r>
          </w:p>
        </w:tc>
        <w:tc>
          <w:tcPr>
            <w:tcW w:type="dxa" w:w="2160"/>
          </w:tcPr>
          <w:p>
            <w:r>
              <w:t>2026-11-14</w:t>
            </w:r>
          </w:p>
        </w:tc>
        <w:tc>
          <w:tcPr>
            <w:tcW w:type="dxa" w:w="2160"/>
          </w:tcPr>
          <w:p>
            <w:r>
              <w:t>시작 전</w:t>
            </w:r>
          </w:p>
        </w:tc>
      </w:tr>
    </w:tbl>
    <w:p>
      <w:pPr>
        <w:pStyle w:val="Heading1"/>
      </w:pPr>
      <w:r>
        <w:t>쓸 수 있는 사실</w:t>
      </w:r>
    </w:p>
    <w:p>
      <w:pPr>
        <w:pStyle w:val="ListBullet"/>
      </w:pPr>
      <w:r>
        <w:t>2026년 수업 412회</w:t>
      </w:r>
    </w:p>
    <w:p>
      <w:pPr>
        <w:pStyle w:val="ListBullet"/>
      </w:pPr>
      <w:r>
        <w:t>지점 세 곳: 포트리, 잉글우드, 레오니아</w:t>
      </w:r>
    </w:p>
    <w:p>
      <w:pPr>
        <w:pStyle w:val="ListBullet"/>
      </w:pPr>
      <w:r>
        <w:t>자원봉사 튜터 96명</w:t>
      </w:r>
    </w:p>
    <w:p>
      <w:pPr>
        <w:pStyle w:val="ListBullet"/>
      </w:pPr>
      <w:r>
        <w:t>연말 설문: 가족 10명 중 8명이 아이가 숙제에 더 자신감을 갖게 됐다고 답함</w:t>
      </w:r>
    </w:p>
    <w:p>
      <w:pPr>
        <w:pStyle w:val="ListBullet"/>
      </w:pPr>
      <w:r>
        <w:t>잉글우드 지점에서 7학년 함께 읽기 모임 시작</w:t>
      </w:r>
    </w:p>
    <w:p>
      <w:pPr>
        <w:pStyle w:val="Heading1"/>
      </w:pPr>
      <w:r>
        <w:t>4. 자원봉사자</w:t>
      </w:r>
    </w:p>
    <w:p>
      <w:r>
        <w:rPr>
          <w:color w:val="7A7A7A"/>
        </w:rPr>
        <w:t>담당: 나. 여기에 두세 문장을 쓰세요.</w:t>
      </w:r>
    </w:p>
    <w:p>
      <w:pPr>
        <w:pStyle w:val="Heading1"/>
      </w:pPr>
      <w:r>
        <w:t>6. 앞으로의 계획</w:t>
      </w:r>
    </w:p>
    <w:p>
      <w:r>
        <w:rPr>
          <w:color w:val="7A7A7A"/>
        </w:rPr>
        <w:t>담당: 함께하는 사람. 여기에 두세 문장을 쓰세요.</w:t>
      </w:r>
    </w:p>
    <w:p>
      <w:pPr>
        <w:pStyle w:val="Heading1"/>
        <w:pageBreakBefore/>
      </w:pPr>
      <w:r>
        <w:t>써 볼 Copilot 프롬프트</w:t>
      </w:r>
    </w:p>
    <w:p>
      <w:pPr>
        <w:pStyle w:val="ListNumber"/>
      </w:pPr>
      <w:r>
        <w:t>초안: 쓸 수 있는 사실 목록의 사실만 써서, 후원자를 위한 따뜻하지만 사실에 충실한 120단어짜리 자원봉사자 절 첫 단락을 써 줘.</w:t>
      </w:r>
    </w:p>
    <w:p>
      <w:pPr>
        <w:pStyle w:val="ListNumber"/>
      </w:pPr>
      <w:r>
        <w:t>다시 쓰기: 이 단락을 가족들이 읽기 쉽게 더 짧게 고쳐 줘. 숫자는 모두 남겨 줘.</w:t>
      </w:r>
    </w:p>
    <w:p>
      <w:pPr>
        <w:pStyle w:val="ListNumber"/>
      </w:pPr>
      <w:r>
        <w:t>요약: 이 문서의 요점을 다섯 개의 글머리 기호로 요약해 줘.</w:t>
      </w:r>
    </w:p>
    <w:p>
      <w:pPr>
        <w:pStyle w:val="ListNumber"/>
      </w:pPr>
      <w:r>
        <w:t>질문: 아직 담당자가 없는 절은 어디고, 어느 절이 가장 먼저 마감이야?</w:t>
      </w:r>
    </w:p>
    <w:p>
      <w:pPr>
        <w:pStyle w:val="ListNumber"/>
      </w:pPr>
      <w:r>
        <w:t>표: 쓸 수 있는 사실 목록을 두 열짜리 표로 보여 줘.</w:t>
      </w:r>
    </w:p>
    <w:p>
      <w:pPr>
        <w:pStyle w:val="Heading2"/>
      </w:pPr>
      <w:r>
        <w:t>Copilot 없이</w:t>
      </w:r>
    </w:p>
    <w:p>
      <w:pPr>
        <w:pStyle w:val="ListBullet"/>
      </w:pPr>
      <w:r>
        <w:t>초안: 사실 목록을 보고 사실마다 한 문장씩 직접 쓴 다음 이어 붙여요.</w:t>
      </w:r>
    </w:p>
    <w:p>
      <w:pPr>
        <w:pStyle w:val="ListBullet"/>
      </w:pPr>
      <w:r>
        <w:t>다시 쓰기: 단락을 손으로 줄이고 숫자가 모두 남았는지 확인해요.</w:t>
      </w:r>
    </w:p>
    <w:p>
      <w:pPr>
        <w:pStyle w:val="ListBullet"/>
      </w:pPr>
      <w:r>
        <w:t>요약: 탐색 창을 열고 제목 1마다 글머리 기호 하나씩 써요.</w:t>
      </w:r>
    </w:p>
    <w:p>
      <w:pPr>
        <w:pStyle w:val="ListBullet"/>
      </w:pPr>
      <w:r>
        <w:t>질문: 절 담당자 표를 읽고 마감일순으로 정렬해요.</w:t>
      </w:r>
    </w:p>
    <w:p>
      <w:pPr>
        <w:pStyle w:val="ListBullet"/>
      </w:pPr>
      <w:r>
        <w:t>표: 각 사실의 부분 사이에 탭을 넣고, 목록을 선택한 뒤 삽입 &gt; 표 &gt; 텍스트를 표로 변환을 써요.</w:t>
      </w:r>
    </w:p>
    <w:p>
      <w:pPr>
        <w:pStyle w:val="Heading1"/>
      </w:pPr>
      <w:r>
        <w:t>확인 점검표</w:t>
      </w:r>
    </w:p>
    <w:p>
      <w:pPr>
        <w:pStyle w:val="ListBullet"/>
      </w:pPr>
      <w:r>
        <w:t>모든 숫자가 사실 목록이나 이름을 밝힌 다른 출처에 있어요</w:t>
      </w:r>
    </w:p>
    <w:p>
      <w:pPr>
        <w:pStyle w:val="ListBullet"/>
      </w:pPr>
      <w:r>
        <w:t>모든 이름, 장소, 날짜가 맞아요</w:t>
      </w:r>
    </w:p>
    <w:p>
      <w:pPr>
        <w:pStyle w:val="ListBullet"/>
      </w:pPr>
      <w:r>
        <w:t>지어낸 인용, 출처, 언론 보도가 없어요</w:t>
      </w:r>
    </w:p>
    <w:p>
      <w:pPr>
        <w:pStyle w:val="ListBullet"/>
      </w:pPr>
      <w:r>
        <w:t>다시 쓴 글이 원래 뜻을 지켜요</w:t>
      </w:r>
    </w:p>
    <w:p>
      <w:pPr>
        <w:pStyle w:val="ListBullet"/>
      </w:pPr>
      <w:r>
        <w:t>학생이나 가족의 개인 정보가 없어요</w:t>
      </w:r>
    </w:p>
    <w:p>
      <w:pPr>
        <w:pStyle w:val="ListBullet"/>
      </w:pPr>
      <w:r>
        <w:t>말투가 보고서의 나머지 부분과 맞아요</w:t>
      </w:r>
    </w:p>
    <w:p>
      <w:pPr>
        <w:pStyle w:val="ListBullet"/>
      </w:pPr>
      <w:r>
        <w:t>이 절에 AI 도움을 받았다는 메모가 있어요</w:t>
      </w:r>
    </w:p>
    <w:p>
      <w:pPr>
        <w:pStyle w:val="Heading1"/>
      </w:pPr>
      <w:r>
        <w:t>팀 AI 정책 (채우기)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규칙</w:t>
            </w:r>
          </w:p>
        </w:tc>
        <w:tc>
          <w:tcPr>
            <w:tcW w:type="dxa" w:w="4320"/>
          </w:tcPr>
          <w:p>
            <w:r>
              <w:rPr>
                <w:b/>
              </w:rPr>
              <w:t>우리의 결정</w:t>
            </w:r>
          </w:p>
        </w:tc>
      </w:tr>
      <w:tr>
        <w:tc>
          <w:tcPr>
            <w:tcW w:type="dxa" w:w="4320"/>
          </w:tcPr>
          <w:p>
            <w:r>
              <w:t>AI를 써도 되는 일</w:t>
            </w:r>
          </w:p>
        </w:tc>
        <w:tc>
          <w:tcPr>
            <w:tcW w:type="dxa" w:w="4320"/>
          </w:tcPr>
          <w:p>
            <w:r>
              <w:t>개요, 설명하는 절의 첫 초안, 문장 다듬기</w:t>
            </w:r>
          </w:p>
        </w:tc>
      </w:tr>
      <w:tr>
        <w:tc>
          <w:tcPr>
            <w:tcW w:type="dxa" w:w="4320"/>
          </w:tcPr>
          <w:p>
            <w:r>
              <w:t>AI를 쓰면 안 되는 일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프롬프트에 절대 넣지 않을 것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AI 도움을 받은 글을 확인할 사람</w:t>
            </w:r>
          </w:p>
        </w:tc>
        <w:tc>
          <w:tcPr>
            <w:tcW w:type="dxa" w:w="4320"/>
          </w:tcPr>
          <w:p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공유 파일이에요. 내 절에서는 쓰고, 다른 절에는 메모를 달아요.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과외 동아리 · 2026-27 연간 보고서 · 작업 초안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2026-27 연간 보고서 - 계획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