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분수 학습 가이드</w:t>
      </w:r>
    </w:p>
    <w:p>
      <w:r>
        <w:t>이 가이드에는 금요일 분수 쪽지 시험 범위가 모두 들어 있어요. 1쪽을 먼저 읽고, 2쪽의 용어를 익힌 다음, 정답을 보지 말고 3쪽의 연습 문제를 풀어 보세요.</w:t>
      </w:r>
    </w:p>
    <w:p/>
    <w:p/>
    <w:p>
      <w:r>
        <w:t>분수란 무엇일까요?</w:t>
      </w:r>
    </w:p>
    <w:p>
      <w:r>
        <w:t>분수는 전체의 일부를 나타내요. 아래 숫자는 전체를 똑같이 몇 조각으로 나눴는지, 위 숫자는 그중 몇 조각인지 알려 줘요.</w:t>
      </w:r>
    </w:p>
    <w:p>
      <w:r>
        <w:t>조각의 크기는 모두 같아야 해요.</w:t>
      </w:r>
    </w:p>
    <w:p>
      <w:r>
        <w:t>3/8은 똑같은 8조각 중 3조각이에요.</w:t>
      </w:r>
    </w:p>
    <w:p>
      <w:r>
        <w:t>위아래 숫자가 같으면 그 분수는 1과 같아요.</w:t>
      </w:r>
    </w:p>
    <w:p>
      <w:r>
        <w:t>[여기에 그림: 8조각 중 3조각이 칠해진 피자]</w:t>
      </w:r>
    </w:p>
    <w:p/>
    <w:p/>
    <w:p>
      <w:r>
        <w:t>분수의 덧셈</w:t>
      </w:r>
    </w:p>
    <w:p>
      <w:r>
        <w:t>분모가 같은 두 분수는 바로 더할 수 잇어요.</w:t>
      </w:r>
    </w:p>
    <w:p>
      <w:r>
        <w:t>1) 분모가 같은지 확인해요.</w:t>
      </w:r>
    </w:p>
    <w:p>
      <w:r>
        <w:t>2) 분자끼리 더해요.</w:t>
      </w:r>
    </w:p>
    <w:p>
      <w:r>
        <w:t>3) 분모는 그대로 둬요.</w:t>
      </w:r>
    </w:p>
    <w:p>
      <w:r>
        <w:t>4) 약분할 수 있으면 약분 해요.</w:t>
      </w:r>
    </w:p>
    <w:p/>
    <w:p>
      <w:r>
        <w:t>용어</w:t>
      </w:r>
    </w:p>
    <w:p>
      <w:r>
        <w:t>분자            분수의 위 숫자</w:t>
      </w:r>
    </w:p>
    <w:p>
      <w:r>
        <w:t>분모       분수의 아래 숫자</w:t>
      </w:r>
    </w:p>
    <w:p>
      <w:r>
        <w:t>크기가 같은 분수     1/2과 2/4처럼 값이 같은 분수</w:t>
      </w:r>
    </w:p>
    <w:p>
      <w:r>
        <w:t>약분                 분모와 분자를 같은 수로 나누어 간단히 하기</w:t>
      </w:r>
    </w:p>
    <w:p>
      <w:r>
        <w:t>대분수        자연수와 분수가 함께 있는 수, 예: 1 1/2</w:t>
      </w:r>
    </w:p>
    <w:p/>
    <w:p>
      <w:r>
        <w:t>분수, 소수, 백분율</w:t>
      </w:r>
    </w:p>
    <w:p>
      <w:r>
        <w:t>분수, 소수, 백분율</w:t>
      </w:r>
    </w:p>
    <w:p>
      <w:r>
        <w:t>1/2, 0.5, 50%</w:t>
      </w:r>
    </w:p>
    <w:p>
      <w:r>
        <w:t>1/4, 0.25, 25%</w:t>
      </w:r>
    </w:p>
    <w:p>
      <w:r>
        <w:t>3/4, 0.75, 75%</w:t>
      </w:r>
    </w:p>
    <w:p/>
    <w:p/>
    <w:p/>
    <w:p>
      <w:r>
        <w:t>연습 문제</w:t>
      </w:r>
    </w:p>
    <w:p>
      <w:r>
        <w:t>1) 1/4 + 2/4는 얼마예요?</w:t>
      </w:r>
    </w:p>
    <w:p>
      <w:r>
        <w:t>2) 2/3, 3/6, 3/4 중 1/2과 크기가 같은 분수는 무엇이에요?</w:t>
      </w:r>
    </w:p>
    <w:p>
      <w:r>
        <w:t>3) 6/8을 약분하세요.</w:t>
      </w:r>
    </w:p>
    <w:p>
      <w:r>
        <w:t>4) 3/4을 백분율로 나타내세요.</w:t>
      </w:r>
    </w:p>
    <w:p>
      <w:r>
        <w:t>5) 피자 8조각 중 3조각을 먹었어요. 남은 피자는 전체의 몇 분의 몇이에요?</w:t>
      </w:r>
    </w:p>
    <w:p>
      <w:r>
        <w:t>정답</w:t>
      </w:r>
    </w:p>
    <w:p>
      <w:r>
        <w:t>1) 3/4   2) 3/6   3) 3/4   4) 75%   5) 5/8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분수 학습 가이드 (서식 없음)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