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과외 동아리 수업 안내</w:t>
      </w:r>
    </w:p>
    <w:p>
      <w:pPr>
        <w:jc w:val="center"/>
      </w:pPr>
      <w:r>
        <w:t>포트리 커뮤니티 센터 · 2026년 가을</w:t>
      </w:r>
    </w:p>
    <w:p/>
    <w:p/>
    <w:p>
      <w:pPr>
        <w:pStyle w:val="Heading2"/>
      </w:pPr>
      <w:r>
        <w:t>수업 진행 방식</w:t>
      </w:r>
    </w:p>
    <w:p>
      <w:pPr>
        <w:jc w:val="center"/>
      </w:pPr>
      <w:r>
        <w:t xml:space="preserve">      수업은 90분 동안 진행돼요. 처음 한 시간은 자원봉사 선생님과 숙제를 하고, 마지막에는 짧은 읽기나 수학 게임을 해요.</w:t>
      </w:r>
    </w:p>
    <w:p/>
    <w:p>
      <w:pPr>
        <w:jc w:val="center"/>
      </w:pPr>
      <w:r>
        <w:rPr>
          <w:rFonts w:ascii="Gungsuh" w:hAnsi="Gungsuh"/>
          <w:color w:val="C2185B"/>
        </w:rPr>
        <w:t xml:space="preserve">      선생님들이 학생을 자리에 배정할 수 있도록 오후 3시 30분까지 와 주세요.</w:t>
      </w:r>
    </w:p>
    <w:p/>
    <w:p>
      <w:r>
        <w:rPr>
          <w:rFonts w:ascii="Batang" w:hAnsi="Batang"/>
          <w:color w:val="2E75B6"/>
          <w:sz w:val="28"/>
          <w:u w:val="single"/>
        </w:rPr>
        <w:t xml:space="preserve">      선생님들은 모든 과목의 숙제를 도와주지만, 숙제를 대신 해 주지는 않아요.</w:t>
      </w:r>
    </w:p>
    <w:p/>
    <w:p/>
    <w:p>
      <w:pPr>
        <w:pStyle w:val="Heading2"/>
      </w:pPr>
      <w:r>
        <w:t>준비물</w:t>
      </w:r>
    </w:p>
    <w:p>
      <w:pPr>
        <w:jc w:val="center"/>
      </w:pPr>
      <w:r>
        <w:rPr>
          <w:rFonts w:ascii="Dotum" w:hAnsi="Dotum"/>
          <w:b/>
          <w:sz w:val="20"/>
        </w:rPr>
        <w:t>숙제, 학교 플래너, 필통, 물병을 가져오세요. 간식은 괜찮지만 견과류는 피해 주세요.</w:t>
      </w:r>
    </w:p>
    <w:p/>
    <w:p/>
    <w:p>
      <w:pPr>
        <w:pStyle w:val="Heading2"/>
      </w:pPr>
      <w:r>
        <w:t>연락처</w:t>
      </w:r>
    </w:p>
    <w:p>
      <w:r>
        <w:t>안내 데스크: 출석부, 분실물, 프로그램에 참여하는 모든 학생의 조기 귀가 요청, 학부모 방문증 발급을 맡고 있어요</w:t>
      </w:r>
    </w:p>
    <w:p>
      <w:r>
        <w:t>동아리 대표: 일정 변경, 새 자원봉사자, 프로그램이나 교실, 매주 자원봉사 일정에 관한 문의를 모두 받아요</w:t>
      </w:r>
    </w:p>
    <w:p>
      <w:r>
        <w:t>독서 코너: 책 교환, 독서 기록장, 모든 학년이 참여하는 월간 독서 챌린지를 맡아요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수업 안내 (연습용)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