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과외 동아리 주간 일정표</w:t>
      </w:r>
    </w:p>
    <w:p>
      <w:r>
        <w:rPr>
          <w:i/>
        </w:rPr>
        <w:t>포트리 커뮤니티 센터, 2026년 가을</w:t>
      </w:r>
    </w:p>
    <w:p>
      <w:pPr>
        <w:pStyle w:val="Heading2"/>
      </w:pPr>
      <w:r>
        <w:t>주간 일정</w:t>
      </w:r>
    </w:p>
    <w:p>
      <w:r>
        <w:rPr>
          <w:b/>
        </w:rPr>
        <w:t>요일          과목          강의실          시간</w:t>
      </w:r>
    </w:p>
    <w:p>
      <w:r>
        <w:t>월요일       수학             204            3:30</w:t>
      </w:r>
    </w:p>
    <w:p>
      <w:r>
        <w:t>화요일     독서           110          4:00</w:t>
      </w:r>
    </w:p>
    <w:p>
      <w:r>
        <w:t>목요일      과학       204              3:30</w:t>
      </w:r>
    </w:p>
    <w:p>
      <w:r>
        <w:t>토요일    시험 대비      204           10:00</w:t>
      </w:r>
    </w:p>
    <w:p>
      <w:pPr>
        <w:pStyle w:val="Heading2"/>
      </w:pPr>
      <w:r>
        <w:t>출석하는 방법</w:t>
      </w:r>
    </w:p>
    <w:p>
      <w:r>
        <w:t>1. 안내 데스크의 명단에 이름을 써요.</w:t>
      </w:r>
    </w:p>
    <w:p>
      <w:r>
        <w:t>2. 과목별 테이블을 찾아가요.</w:t>
      </w:r>
    </w:p>
    <w:p>
      <w:r>
        <w:t>2. 학습지를 받아요.</w:t>
      </w:r>
    </w:p>
    <w:p>
      <w:r>
        <w:t>4.자원봉사자가 이름을 부를 때까지 기다려요.</w:t>
      </w:r>
    </w:p>
    <w:p>
      <w:pPr>
        <w:pStyle w:val="Heading2"/>
      </w:pPr>
      <w:r>
        <w:t>준비물</w:t>
      </w:r>
    </w:p>
    <w:p>
      <w:r>
        <w:t>- 숙제와 학교 플래너</w:t>
      </w:r>
    </w:p>
    <w:p>
      <w:r>
        <w:t>- 충전된 노트북이나 태블릿</w:t>
      </w:r>
    </w:p>
    <w:p>
      <w:r>
        <w:t>-물병</w:t>
      </w:r>
    </w:p>
    <w:p>
      <w:pPr>
        <w:pStyle w:val="Heading2"/>
      </w:pPr>
      <w:r>
        <w:t>간식 테이블 가격</w:t>
      </w:r>
    </w:p>
    <w:p>
      <w:r>
        <w:t>생수 .............................. $1.00</w:t>
      </w:r>
    </w:p>
    <w:p>
      <w:r>
        <w:t>그래놀라 바 ................... $1.50</w:t>
      </w:r>
    </w:p>
    <w:p>
      <w:r>
        <w:t>과일 컵 ............................ $2.00</w:t>
      </w:r>
    </w:p>
    <w:p>
      <w:r>
        <w:t>동아리 티셔츠 ................. $12.00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동아리 주간 일정표 (연습용)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