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튜터를 소개해요</w:t>
      </w:r>
    </w:p>
    <w:p>
      <w:r>
        <w:rPr>
          <w:i/>
        </w:rPr>
        <w:t>과외 동아리 · 포트리 커뮤니티 센터 · 204호</w:t>
      </w:r>
    </w:p>
    <w:p>
      <w:r>
        <w:rPr>
          <w:i/>
          <w:color w:val="7A7A7A"/>
        </w:rPr>
        <w:t>[이 단락 맨 앞에 그림이나 아이콘을 넣으세요]</w:t>
      </w:r>
    </w:p>
    <w:p>
      <w:r>
        <w:t>우리 튜터는 어린 학생들을 돕는 것을 좋아하는 고등학생과 대학생 자원봉사자예요. 매주 화요일과 목요일 방과 후에 편하게 들러 주세요. 예약은 필요 없고 모든 수업은 무료예요.</w:t>
      </w:r>
    </w:p>
    <w:p>
      <w:pPr>
        <w:pStyle w:val="Heading2"/>
      </w:pPr>
      <w:r>
        <w:t>주간 일정</w:t>
      </w:r>
    </w:p>
    <w:p>
      <w:r>
        <w:rPr>
          <w:i/>
          <w:color w:val="7A7A7A"/>
        </w:rPr>
        <w:t>아래 다섯 줄을 표로 바꾸세요. 줄을 선택하고 삽입 &gt; 표 &gt; 텍스트를 표로 변환에서 탭을 고르세요.</w:t>
      </w:r>
    </w:p>
    <w:p>
      <w:r>
        <w:t>요일</w:t>
        <w:tab/>
        <w:t>시간</w:t>
        <w:tab/>
        <w:t>과목</w:t>
        <w:tab/>
        <w:t>튜터</w:t>
      </w:r>
    </w:p>
    <w:p>
      <w:r>
        <w:t>화요일</w:t>
        <w:tab/>
        <w:t>3:30–4:15</w:t>
        <w:tab/>
        <w:t>수학</w:t>
        <w:tab/>
        <w:t>김다니엘</w:t>
      </w:r>
    </w:p>
    <w:p>
      <w:r>
        <w:t>화요일</w:t>
        <w:tab/>
        <w:t>4:15–5:00</w:t>
        <w:tab/>
        <w:t>읽기</w:t>
        <w:tab/>
        <w:t>박소피아</w:t>
      </w:r>
    </w:p>
    <w:p>
      <w:r>
        <w:t>목요일</w:t>
        <w:tab/>
        <w:t>3:30–4:15</w:t>
        <w:tab/>
        <w:t>과학</w:t>
        <w:tab/>
        <w:t>이그레이스</w:t>
      </w:r>
    </w:p>
    <w:p>
      <w:r>
        <w:t>목요일</w:t>
        <w:tab/>
        <w:t>4:15–5:00</w:t>
        <w:tab/>
        <w:t>숙제 도움</w:t>
        <w:tab/>
        <w:t>최마커스</w:t>
      </w:r>
    </w:p>
    <w:p>
      <w:pPr>
        <w:pStyle w:val="Heading2"/>
      </w:pPr>
      <w:r>
        <w:t>튜터 소개</w:t>
      </w:r>
    </w:p>
    <w:p>
      <w:pPr>
        <w:pStyle w:val="ListBullet"/>
      </w:pPr>
      <w:r>
        <w:t>김다니엘: 11학년, 수학과 과학</w:t>
      </w:r>
    </w:p>
    <w:p>
      <w:pPr>
        <w:pStyle w:val="ListBullet"/>
      </w:pPr>
      <w:r>
        <w:t>박소피아: 대학교 1학년, 읽기와 글쓰기</w:t>
      </w:r>
    </w:p>
    <w:p>
      <w:pPr>
        <w:pStyle w:val="ListBullet"/>
      </w:pPr>
      <w:r>
        <w:t>이그레이스: 12학년, 과학과 글쓰기</w:t>
      </w:r>
    </w:p>
    <w:p>
      <w:pPr>
        <w:pStyle w:val="ListBullet"/>
      </w:pPr>
      <w:r>
        <w:t>최마커스: 11학년, 숙제 도움</w:t>
      </w:r>
    </w:p>
    <w:p>
      <w:r>
        <w:t>궁금한 점은 포트리 커뮤니티 센터 안내 데스크에 물어보세요.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- 튜터 소개 (연습)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