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과외 동아리 가을 소식찌</w:t>
      </w:r>
    </w:p>
    <w:p>
      <w:r>
        <w:rPr>
          <w:i/>
        </w:rPr>
        <w:t>포트리 커뮤니티 센터 · 204호</w:t>
      </w:r>
    </w:p>
    <w:p>
      <w:r>
        <w:t>Bienvenidos a todas las familias! 새 학기 방과 후 과외에 다시 오신 것을 환영해요.</w:t>
      </w:r>
    </w:p>
    <w:p>
      <w:r>
        <w:t>수업은 9월 17일 화요일에 시작해서 매주 화요일과 목요일 오후 3시 30분부터 5시까지 204호에서 진행돼요. 학생들은 학기 동안 쓸 폴더를 받게됩니다. 폴더는 센터에 센터에 보관해요.</w:t>
      </w:r>
    </w:p>
    <w:p>
      <w:pPr>
        <w:pStyle w:val="Heading2"/>
      </w:pPr>
      <w:r>
        <w:t>이번 가을에 새로워진 점</w:t>
      </w:r>
    </w:p>
    <w:p>
      <w:pPr>
        <w:pStyle w:val="ListBullet"/>
      </w:pPr>
      <w:r>
        <w:t>읽기와 과학을 맡을 새 튜터 두 명</w:t>
      </w:r>
    </w:p>
    <w:p>
      <w:pPr>
        <w:pStyle w:val="ListBullet"/>
      </w:pPr>
      <w:r>
        <w:t>시험 준비용 조용한 방</w:t>
      </w:r>
    </w:p>
    <w:p>
      <w:pPr>
        <w:pStyle w:val="ListBullet"/>
      </w:pPr>
      <w:r>
        <w:t>매주 목요일 센터에서 간식을 제공 됩니다</w:t>
      </w:r>
    </w:p>
    <w:p>
      <w:pPr>
        <w:pStyle w:val="Heading2"/>
      </w:pPr>
      <w:r>
        <w:t>새 튜터를 소개해요</w:t>
      </w:r>
    </w:p>
    <w:p>
      <w:r>
        <w:t>박소피아 선생님은 읽기와 글쓰기를 좋아하는 대학교 1학년이에요. 이그레이스 선생님은 12학년으로 과학과 글쓰기를 도와줄 거예요. 두 선생님 모두 아이들을 만날 날을 기다리고 있어요. Both tutors are excited to meet the the families.</w:t>
      </w:r>
    </w:p>
    <w:p>
      <w:pPr>
        <w:pStyle w:val="Heading2"/>
      </w:pPr>
      <w:r>
        <w:t>코디네이터 인사말</w:t>
      </w:r>
    </w:p>
    <w:p>
      <w:r>
        <w:t>신청해 주신 모든 가정에 감사드려요. 올해는 학생 18명과 튜터 4명이 함께해서, 작년보다 학생마다 튜터와 보내는 시간이 늘어나요. 목록에 없는 과목이 필요하면 알려 주세요. 맞는 자원봉사자를 찾아볼게요. 수업마다 숙제, 플래너, 물병을 꼭 챙겨 오세요.</w:t>
      </w:r>
    </w:p>
    <w:p>
      <w:r>
        <w:t>궁금한 점은 안내 데스크의 박소피야 선생님께 물어보시거나, 수업 전에 240호에 들러 주세요.</w:t>
      </w:r>
    </w:p>
    <w:p>
      <w:pPr>
        <w:pStyle w:val="Heading1"/>
        <w:pageBreakBefore/>
      </w:pPr>
      <w:r>
        <w:t>신청서</w:t>
      </w:r>
    </w:p>
    <w:p>
      <w:r>
        <w:t>9월 11일 금요일까지 안내 데스크에 이 신청서를 내 주세요.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학생 이름</w:t>
            </w:r>
          </w:p>
        </w:tc>
        <w:tc>
          <w:tcPr>
            <w:tcW w:type="dxa" w:w="2160"/>
          </w:tcPr>
          <w:p>
            <w:r>
              <w:rPr>
                <w:b/>
              </w:rPr>
              <w:t>학년</w:t>
            </w:r>
          </w:p>
        </w:tc>
        <w:tc>
          <w:tcPr>
            <w:tcW w:type="dxa" w:w="2160"/>
          </w:tcPr>
          <w:p>
            <w:r>
              <w:rPr>
                <w:b/>
              </w:rPr>
              <w:t>과목</w:t>
            </w:r>
          </w:p>
        </w:tc>
        <w:tc>
          <w:tcPr>
            <w:tcW w:type="dxa" w:w="2160"/>
          </w:tcPr>
          <w:p>
            <w:r>
              <w:rPr>
                <w:b/>
              </w:rPr>
              <w:t>보호자 전화번호</w:t>
            </w:r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>
      <w:r>
        <w:t>보호자 서명: ____________________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과외 동아리 · 포트리 커뮤니티 센터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과외 동아리 - 가을 소식지 (연습)</dc:title>
  <dc:subject/>
  <dc:creator>ArumSoft Learning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