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</w:t>
      </w:r>
    </w:p>
    <w:p>
      <w:r>
        <w:rPr>
          <w:i/>
        </w:rPr>
        <w:t>포트리 커뮤니티 센터 · 가을 수학 및 읽기 프로그램</w:t>
      </w:r>
    </w:p>
    <w:p>
      <w:r>
        <w:t>[주소 블록]</w:t>
      </w:r>
    </w:p>
    <w:p>
      <w:r>
        <w:t>[보호자] 보호자님께,</w:t>
      </w:r>
    </w:p>
    <w:p>
      <w:r>
        <w:t>[이름] 학생은 [과정] 과정 24회 중 [출석]회 출석했고, 강의 워크북을 마치며 최종 복습 점수 [점수]점을 받았어요.</w:t>
      </w:r>
    </w:p>
    <w:p>
      <w:r>
        <w:t>[조언] 수료식은 [수료식] 오후 4시에 204호에서 열려요. 가족 모두 환영해요.</w:t>
      </w:r>
    </w:p>
    <w:p>
      <w:r>
        <w:rPr>
          <w:i/>
          <w:color w:val="666666"/>
        </w:rPr>
        <w:t>수학 조언: 다음 학기에는 6단원 도전 문제를 풀어 보세요.</w:t>
      </w:r>
    </w:p>
    <w:p>
      <w:r>
        <w:rPr>
          <w:i/>
          <w:color w:val="666666"/>
        </w:rPr>
        <w:t>읽기 조언: 다음 학기에도 하루 20분 독서 기록을 이어 가 주세요.</w:t>
      </w:r>
    </w:p>
    <w:p>
      <w:r>
        <w:t>감사합니다.</w:t>
      </w:r>
    </w:p>
    <w:p>
      <w:r>
        <w:rPr>
          <w:b/>
        </w:rPr>
        <w:t>이그레이스</w:t>
      </w:r>
    </w:p>
    <w:p>
      <w:r>
        <w:t>과외 동아리 자원봉사 코디네이터</w:t>
      </w:r>
    </w:p>
    <w:p>
      <w:pPr>
        <w:pStyle w:val="Heading1"/>
        <w:pageBreakBefore/>
      </w:pPr>
      <w:r>
        <w:t>수료증 문구</w:t>
      </w:r>
    </w:p>
    <w:p>
      <w:pPr>
        <w:jc w:val="center"/>
      </w:pPr>
      <w:r>
        <w:t>과외 동아리 · 포트리 커뮤니티 센터</w:t>
      </w:r>
    </w:p>
    <w:p>
      <w:pPr>
        <w:jc w:val="center"/>
      </w:pPr>
      <w:r>
        <w:rPr>
          <w:b/>
          <w:sz w:val="56"/>
        </w:rPr>
        <w:t>수료증</w:t>
      </w:r>
    </w:p>
    <w:p>
      <w:pPr>
        <w:jc w:val="center"/>
      </w:pPr>
      <w:r>
        <w:rPr>
          <w:b/>
          <w:sz w:val="72"/>
        </w:rPr>
        <w:t>[성][이름]</w:t>
      </w:r>
    </w:p>
    <w:p>
      <w:pPr>
        <w:jc w:val="center"/>
      </w:pPr>
      <w:r>
        <w:t>위 학생은 2026년 가을 [과정] 강의 워크북을 모두 마쳤기에 이 증서를 드려요.</w:t>
      </w:r>
    </w:p>
    <w:p>
      <w:pPr>
        <w:jc w:val="center"/>
      </w:pPr>
      <w:r>
        <w:t>[수료식]</w:t>
      </w:r>
    </w:p>
    <w:p>
      <w:pPr>
        <w:pStyle w:val="Heading1"/>
        <w:pageBreakBefore/>
      </w:pPr>
      <w:r>
        <w:t>명단 (데이터 원본)</w:t>
      </w:r>
    </w:p>
    <w:p>
      <w:r>
        <w:t>이 표만 새 문서(또는 엑셀)에 복사해서 데이터 원본으로 쓰세요. 첫 행은 머리글 행으로 그대로 두세요.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720"/>
          </w:tcPr>
          <w:p>
            <w:r>
              <w:rPr>
                <w:b/>
              </w:rPr>
              <w:t>성</w:t>
            </w:r>
          </w:p>
        </w:tc>
        <w:tc>
          <w:tcPr>
            <w:tcW w:type="dxa" w:w="720"/>
          </w:tcPr>
          <w:p>
            <w:r>
              <w:rPr>
                <w:b/>
              </w:rPr>
              <w:t>보호자</w:t>
            </w:r>
          </w:p>
        </w:tc>
        <w:tc>
          <w:tcPr>
            <w:tcW w:type="dxa" w:w="720"/>
          </w:tcPr>
          <w:p>
            <w:r>
              <w:rPr>
                <w:b/>
              </w:rPr>
              <w:t>주소</w:t>
            </w:r>
          </w:p>
        </w:tc>
        <w:tc>
          <w:tcPr>
            <w:tcW w:type="dxa" w:w="720"/>
          </w:tcPr>
          <w:p>
            <w:r>
              <w:rPr>
                <w:b/>
              </w:rPr>
              <w:t>도시</w:t>
            </w:r>
          </w:p>
        </w:tc>
        <w:tc>
          <w:tcPr>
            <w:tcW w:type="dxa" w:w="720"/>
          </w:tcPr>
          <w:p>
            <w:r>
              <w:rPr>
                <w:b/>
              </w:rPr>
              <w:t>주</w:t>
            </w:r>
          </w:p>
        </w:tc>
        <w:tc>
          <w:tcPr>
            <w:tcW w:type="dxa" w:w="720"/>
          </w:tcPr>
          <w:p>
            <w:r>
              <w:rPr>
                <w:b/>
              </w:rPr>
              <w:t>우편번호</w:t>
            </w:r>
          </w:p>
        </w:tc>
        <w:tc>
          <w:tcPr>
            <w:tcW w:type="dxa" w:w="720"/>
          </w:tcPr>
          <w:p>
            <w:r>
              <w:rPr>
                <w:b/>
              </w:rPr>
              <w:t>과정</w:t>
            </w:r>
          </w:p>
        </w:tc>
        <w:tc>
          <w:tcPr>
            <w:tcW w:type="dxa" w:w="720"/>
          </w:tcPr>
          <w:p>
            <w:r>
              <w:rPr>
                <w:b/>
              </w:rPr>
              <w:t>출석</w:t>
            </w:r>
          </w:p>
        </w:tc>
        <w:tc>
          <w:tcPr>
            <w:tcW w:type="dxa" w:w="720"/>
          </w:tcPr>
          <w:p>
            <w:r>
              <w:rPr>
                <w:b/>
              </w:rPr>
              <w:t>점수</w:t>
            </w:r>
          </w:p>
        </w:tc>
        <w:tc>
          <w:tcPr>
            <w:tcW w:type="dxa" w:w="720"/>
          </w:tcPr>
          <w:p>
            <w:r>
              <w:rPr>
                <w:b/>
              </w:rPr>
              <w:t>수료식</w:t>
            </w:r>
          </w:p>
        </w:tc>
        <w:tc>
          <w:tcPr>
            <w:tcW w:type="dxa" w:w="720"/>
          </w:tcPr>
          <w:p>
            <w:r>
              <w:rPr>
                <w:b/>
              </w:rPr>
              <w:t>상태</w:t>
            </w:r>
          </w:p>
        </w:tc>
      </w:tr>
      <w:tr>
        <w:tc>
          <w:tcPr>
            <w:tcW w:type="dxa" w:w="720"/>
          </w:tcPr>
          <w:p>
            <w:r>
              <w:t>민지</w:t>
            </w:r>
          </w:p>
        </w:tc>
        <w:tc>
          <w:tcPr>
            <w:tcW w:type="dxa" w:w="720"/>
          </w:tcPr>
          <w:p>
            <w:r>
              <w:t>박</w:t>
            </w:r>
          </w:p>
        </w:tc>
        <w:tc>
          <w:tcPr>
            <w:tcW w:type="dxa" w:w="720"/>
          </w:tcPr>
          <w:p>
            <w:r>
              <w:t>박하나</w:t>
            </w:r>
          </w:p>
        </w:tc>
        <w:tc>
          <w:tcPr>
            <w:tcW w:type="dxa" w:w="720"/>
          </w:tcPr>
          <w:p>
            <w:r>
              <w:t>2150 Center Avenue, Apt 4B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읽기</w:t>
            </w:r>
          </w:p>
        </w:tc>
        <w:tc>
          <w:tcPr>
            <w:tcW w:type="dxa" w:w="720"/>
          </w:tcPr>
          <w:p>
            <w:r>
              <w:t>22</w:t>
            </w:r>
          </w:p>
        </w:tc>
        <w:tc>
          <w:tcPr>
            <w:tcW w:type="dxa" w:w="720"/>
          </w:tcPr>
          <w:p>
            <w:r>
              <w:t>92.5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  <w:tr>
        <w:tc>
          <w:tcPr>
            <w:tcW w:type="dxa" w:w="720"/>
          </w:tcPr>
          <w:p>
            <w:r>
              <w:t>다니엘</w:t>
            </w:r>
          </w:p>
        </w:tc>
        <w:tc>
          <w:tcPr>
            <w:tcW w:type="dxa" w:w="720"/>
          </w:tcPr>
          <w:p>
            <w:r>
              <w:t>김</w:t>
            </w:r>
          </w:p>
        </w:tc>
        <w:tc>
          <w:tcPr>
            <w:tcW w:type="dxa" w:w="720"/>
          </w:tcPr>
          <w:p>
            <w:r>
              <w:t>김수진</w:t>
            </w:r>
          </w:p>
        </w:tc>
        <w:tc>
          <w:tcPr>
            <w:tcW w:type="dxa" w:w="720"/>
          </w:tcPr>
          <w:p>
            <w:r>
              <w:t>1 Horizon Road, Apt 1210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수학</w:t>
            </w:r>
          </w:p>
        </w:tc>
        <w:tc>
          <w:tcPr>
            <w:tcW w:type="dxa" w:w="720"/>
          </w:tcPr>
          <w:p>
            <w:r>
              <w:t>24</w:t>
            </w:r>
          </w:p>
        </w:tc>
        <w:tc>
          <w:tcPr>
            <w:tcW w:type="dxa" w:w="720"/>
          </w:tcPr>
          <w:p>
            <w:r>
              <w:t>88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  <w:tr>
        <w:tc>
          <w:tcPr>
            <w:tcW w:type="dxa" w:w="720"/>
          </w:tcPr>
          <w:p>
            <w:r>
              <w:t>소피아</w:t>
            </w:r>
          </w:p>
        </w:tc>
        <w:tc>
          <w:tcPr>
            <w:tcW w:type="dxa" w:w="720"/>
          </w:tcPr>
          <w:p>
            <w:r>
              <w:t>레예스</w:t>
            </w:r>
          </w:p>
        </w:tc>
        <w:tc>
          <w:tcPr>
            <w:tcW w:type="dxa" w:w="720"/>
          </w:tcPr>
          <w:p>
            <w:r>
              <w:t>마리아 레예스</w:t>
            </w:r>
          </w:p>
        </w:tc>
        <w:tc>
          <w:tcPr>
            <w:tcW w:type="dxa" w:w="720"/>
          </w:tcPr>
          <w:p>
            <w:r>
              <w:t>455 Anderson Avenue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수학</w:t>
            </w:r>
          </w:p>
        </w:tc>
        <w:tc>
          <w:tcPr>
            <w:tcW w:type="dxa" w:w="720"/>
          </w:tcPr>
          <w:p>
            <w:r>
              <w:t>20</w:t>
            </w:r>
          </w:p>
        </w:tc>
        <w:tc>
          <w:tcPr>
            <w:tcW w:type="dxa" w:w="720"/>
          </w:tcPr>
          <w:p>
            <w:r>
              <w:t>95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  <w:tr>
        <w:tc>
          <w:tcPr>
            <w:tcW w:type="dxa" w:w="720"/>
          </w:tcPr>
          <w:p>
            <w:r>
              <w:t>이선</w:t>
            </w:r>
          </w:p>
        </w:tc>
        <w:tc>
          <w:tcPr>
            <w:tcW w:type="dxa" w:w="720"/>
          </w:tcPr>
          <w:p>
            <w:r>
              <w:t>최</w:t>
            </w:r>
          </w:p>
        </w:tc>
        <w:tc>
          <w:tcPr>
            <w:tcW w:type="dxa" w:w="720"/>
          </w:tcPr>
          <w:p>
            <w:r>
              <w:t>최영호</w:t>
            </w:r>
          </w:p>
        </w:tc>
        <w:tc>
          <w:tcPr>
            <w:tcW w:type="dxa" w:w="720"/>
          </w:tcPr>
          <w:p>
            <w:r>
              <w:t>200 Main Street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읽기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71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중단</w:t>
            </w:r>
          </w:p>
        </w:tc>
      </w:tr>
      <w:tr>
        <w:tc>
          <w:tcPr>
            <w:tcW w:type="dxa" w:w="720"/>
          </w:tcPr>
          <w:p>
            <w:r>
              <w:t>그레이스</w:t>
            </w:r>
          </w:p>
        </w:tc>
        <w:tc>
          <w:tcPr>
            <w:tcW w:type="dxa" w:w="720"/>
          </w:tcPr>
          <w:p>
            <w:r>
              <w:t>임</w:t>
            </w:r>
          </w:p>
        </w:tc>
        <w:tc>
          <w:tcPr>
            <w:tcW w:type="dxa" w:w="720"/>
          </w:tcPr>
          <w:p>
            <w:r>
              <w:t>임지현</w:t>
            </w:r>
          </w:p>
        </w:tc>
        <w:tc>
          <w:tcPr>
            <w:tcW w:type="dxa" w:w="720"/>
          </w:tcPr>
          <w:p>
            <w:r>
              <w:t>1530 Palisade Avenue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읽기</w:t>
            </w:r>
          </w:p>
        </w:tc>
        <w:tc>
          <w:tcPr>
            <w:tcW w:type="dxa" w:w="720"/>
          </w:tcPr>
          <w:p>
            <w:r>
              <w:t>23</w:t>
            </w:r>
          </w:p>
        </w:tc>
        <w:tc>
          <w:tcPr>
            <w:tcW w:type="dxa" w:w="720"/>
          </w:tcPr>
          <w:p>
            <w:r>
              <w:t>90.5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  <w:tr>
        <w:tc>
          <w:tcPr>
            <w:tcW w:type="dxa" w:w="720"/>
          </w:tcPr>
          <w:p>
            <w:r>
              <w:t>다니엘</w:t>
            </w:r>
          </w:p>
        </w:tc>
        <w:tc>
          <w:tcPr>
            <w:tcW w:type="dxa" w:w="720"/>
          </w:tcPr>
          <w:p>
            <w:r>
              <w:t>김</w:t>
            </w:r>
          </w:p>
        </w:tc>
        <w:tc>
          <w:tcPr>
            <w:tcW w:type="dxa" w:w="720"/>
          </w:tcPr>
          <w:p>
            <w:r>
              <w:t>김수진</w:t>
            </w:r>
          </w:p>
        </w:tc>
        <w:tc>
          <w:tcPr>
            <w:tcW w:type="dxa" w:w="720"/>
          </w:tcPr>
          <w:p>
            <w:r>
              <w:t>1 Horizon Road, Apt 1210</w:t>
            </w:r>
          </w:p>
        </w:tc>
        <w:tc>
          <w:tcPr>
            <w:tcW w:type="dxa" w:w="720"/>
          </w:tcPr>
          <w:p>
            <w:r>
              <w:t>Fort Lee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07024</w:t>
            </w:r>
          </w:p>
        </w:tc>
        <w:tc>
          <w:tcPr>
            <w:tcW w:type="dxa" w:w="720"/>
          </w:tcPr>
          <w:p>
            <w:r>
              <w:t>수학</w:t>
            </w:r>
          </w:p>
        </w:tc>
        <w:tc>
          <w:tcPr>
            <w:tcW w:type="dxa" w:w="720"/>
          </w:tcPr>
          <w:p>
            <w:r>
              <w:t>24</w:t>
            </w:r>
          </w:p>
        </w:tc>
        <w:tc>
          <w:tcPr>
            <w:tcW w:type="dxa" w:w="720"/>
          </w:tcPr>
          <w:p>
            <w:r>
              <w:t>88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  <w:tr>
        <w:tc>
          <w:tcPr>
            <w:tcW w:type="dxa" w:w="720"/>
          </w:tcPr>
          <w:p>
            <w:r>
              <w:t>노아</w:t>
            </w:r>
          </w:p>
        </w:tc>
        <w:tc>
          <w:tcPr>
            <w:tcW w:type="dxa" w:w="720"/>
          </w:tcPr>
          <w:p>
            <w:r>
              <w:t>파텔</w:t>
            </w:r>
          </w:p>
        </w:tc>
        <w:tc>
          <w:tcPr>
            <w:tcW w:type="dxa" w:w="720"/>
          </w:tcPr>
          <w:p>
            <w:r>
              <w:t>프리야 파텔</w:t>
            </w:r>
          </w:p>
        </w:tc>
        <w:tc>
          <w:tcPr>
            <w:tcW w:type="dxa" w:w="720"/>
          </w:tcPr>
          <w:p>
            <w:r>
              <w:t>2 Bluff Road</w:t>
            </w:r>
          </w:p>
        </w:tc>
        <w:tc>
          <w:tcPr>
            <w:tcW w:type="dxa" w:w="720"/>
          </w:tcPr>
          <w:p>
            <w:r>
              <w:t>Edgewater</w:t>
            </w:r>
          </w:p>
        </w:tc>
        <w:tc>
          <w:tcPr>
            <w:tcW w:type="dxa" w:w="720"/>
          </w:tcPr>
          <w:p>
            <w:r>
              <w:t>NJ</w:t>
            </w:r>
          </w:p>
        </w:tc>
        <w:tc>
          <w:tcPr>
            <w:tcW w:type="dxa" w:w="720"/>
          </w:tcPr>
          <w:p>
            <w:r>
              <w:t>07020</w:t>
            </w:r>
          </w:p>
        </w:tc>
        <w:tc>
          <w:tcPr>
            <w:tcW w:type="dxa" w:w="720"/>
          </w:tcPr>
          <w:p>
            <w:r>
              <w:t>수학</w:t>
            </w:r>
          </w:p>
        </w:tc>
        <w:tc>
          <w:tcPr>
            <w:tcW w:type="dxa" w:w="720"/>
          </w:tcPr>
          <w:p>
            <w:r>
              <w:t>21</w:t>
            </w:r>
          </w:p>
        </w:tc>
        <w:tc>
          <w:tcPr>
            <w:tcW w:type="dxa" w:w="720"/>
          </w:tcPr>
          <w:p>
            <w:r>
              <w:t>84.5</w:t>
            </w:r>
          </w:p>
        </w:tc>
        <w:tc>
          <w:tcPr>
            <w:tcW w:type="dxa" w:w="720"/>
          </w:tcPr>
          <w:p>
            <w:r>
              <w:t>12/17/2026</w:t>
            </w:r>
          </w:p>
        </w:tc>
        <w:tc>
          <w:tcPr>
            <w:tcW w:type="dxa" w:w="720"/>
          </w:tcPr>
          <w:p>
            <w:r>
              <w:t>수료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포트리 커뮤니티 센터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- 가정 편지, 수료증, 명단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