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2단원: 중심 생각 찾으며 읽기</w:t>
      </w:r>
    </w:p>
    <w:p>
      <w:r>
        <w:t xml:space="preserve">이 메모는 메일 세 통에서 붙여 넣었어요.  강의 워크북에 넣기 전에 정리해 주세요.   </w:t>
      </w:r>
    </w:p>
    <w:p/>
    <w:p/>
    <w:p>
      <w:r>
        <w:t>2단원에서는 짧은 글의 중심 생각을</w:t>
        <w:br/>
        <w:t>찾고, 근거를 들어</w:t>
        <w:br/>
        <w:t>답하는 연습을 해요.  매주 글 두 편과 퀴즈 하나가 있어요.</w:t>
      </w:r>
    </w:p>
    <w:p>
      <w:r>
        <w:tab/>
        <w:t xml:space="preserve">학생들은 매주 짧은 글 두 편을 읽어요.  중심 생각과  뒷받침 내용 두 개를 표시해요.   </w:t>
      </w:r>
    </w:p>
    <w:p/>
    <w:p>
      <w:r>
        <w:tab/>
        <w:t xml:space="preserve">영어 지문 안내문: First, students skim the title and headings.  Then they read the whole text once.  </w:t>
      </w:r>
    </w:p>
    <w:p/>
    <w:p/>
    <w:p>
      <w:r>
        <w:tab/>
        <w:t>학생들에게 물어보세요. "글쓴이가 가장 하고 싶은 말은 무엇일까?" 그리고 "어느 문장이 그걸 증명할까?" 2단원은 짧은 퀴즈로 끝나요.</w:t>
      </w:r>
    </w:p>
    <w:p>
      <w:pPr>
        <w:pStyle w:val="Heading2"/>
      </w:pPr>
      <w:r>
        <w:t>핵심 용어</w:t>
      </w:r>
    </w:p>
    <w:p>
      <w:r>
        <w:rPr>
          <w:b/>
          <w:color w:val="FF0000"/>
        </w:rPr>
        <w:t>중심 생각</w:t>
      </w:r>
    </w:p>
    <w:p>
      <w:r>
        <w:t>글쓴이가 독자에게 가장 전하고 싶은 내용이에요.</w:t>
      </w:r>
    </w:p>
    <w:p>
      <w:r>
        <w:rPr>
          <w:b/>
          <w:color w:val="FF0000"/>
        </w:rPr>
        <w:t>뒷받침 내용</w:t>
      </w:r>
    </w:p>
    <w:p>
      <w:r>
        <w:t>중심 생각을 설명하는 사실, 예시, 이유예요.</w:t>
      </w:r>
    </w:p>
    <w:p/>
    <w:p>
      <w:r>
        <w:rPr>
          <w:b/>
          <w:color w:val="FF0000"/>
        </w:rPr>
        <w:t>근거</w:t>
      </w:r>
    </w:p>
    <w:p>
      <w:r>
        <w:t>내 답을 증명하는 글 속 표현이에요.</w:t>
      </w:r>
    </w:p>
    <w:p>
      <w:r>
        <w:rPr>
          <w:b/>
          <w:color w:val="FF0000"/>
        </w:rPr>
        <w:t>추론</w:t>
      </w:r>
    </w:p>
    <w:p>
      <w:r>
        <w:t>글 속 단서와  내가 이미 아는 것으로 이끌어 낸 결론이에요.</w:t>
      </w:r>
    </w:p>
    <w:p>
      <w:pPr>
        <w:pStyle w:val="Heading2"/>
      </w:pPr>
      <w:r>
        <w:t>수업 날짜</w:t>
      </w:r>
    </w:p>
    <w:p>
      <w:r>
        <w:t>1회: 2026년 9월 15일</w:t>
      </w:r>
    </w:p>
    <w:p>
      <w:r>
        <w:t>2회: 9/22/2026</w:t>
      </w:r>
    </w:p>
    <w:p>
      <w:r>
        <w:t>3회: 9-29-2026</w:t>
      </w:r>
    </w:p>
    <w:p>
      <w:r>
        <w:t>4회: 10.6.2026</w:t>
      </w:r>
    </w:p>
    <w:p>
      <w:r>
        <w:t xml:space="preserve">5회: 2026. 10. 13.  </w:t>
      </w:r>
    </w:p>
    <w:p/>
    <w:p>
      <w:pPr>
        <w:pStyle w:val="Heading2"/>
      </w:pPr>
      <w:r>
        <w:t>읽기 모둠 (학교 영어 명단에서)</w:t>
      </w:r>
    </w:p>
    <w:p>
      <w:r>
        <w:t>Kim, Ava</w:t>
      </w:r>
    </w:p>
    <w:p>
      <w:r>
        <w:t>Park, Daniel</w:t>
      </w:r>
    </w:p>
    <w:p>
      <w:r>
        <w:t>Ramirez, Sofia</w:t>
      </w:r>
    </w:p>
    <w:p>
      <w:r>
        <w:t>Lee, Jun</w:t>
      </w:r>
    </w:p>
    <w:p>
      <w:r>
        <w:t>Patel, Priya</w:t>
      </w:r>
    </w:p>
    <w:p>
      <w:r>
        <w:t>Brown, Marcus</w:t>
      </w:r>
    </w:p>
    <w:p/>
    <w:p/>
    <w:p>
      <w:r>
        <w:t>연습 문제: ex 3과 Ex. 4는 파란 폴더에, exercise 5는 온라인에 있어요.  204호에 여분이 있어요.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2단원: 중심 생각 찾으며 읽기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강의 워크북, 2026년 가을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강의 워크북 2단원 읽기 메모 (정리할 붙여 넣은 초안)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