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부록 B. 출석과 점수</w:t>
      </w:r>
    </w:p>
    <w:p>
      <w:r>
        <w:rPr>
          <w:i/>
          <w:color w:val="555555"/>
        </w:rPr>
        <w:t>1단계: 이 표를 새 엑셀 통합 문서의 A1 셀부터 복사해 넣고, 이 파일과 같은 폴더에 가을 출석.xlsx로 저장하세요.</w:t>
      </w:r>
    </w:p>
    <w:p>
      <w:r>
        <w:rPr>
          <w:b/>
        </w:rPr>
        <w:t>주별 출석(주 2회 중 출석 횟수)과 3단원 퀴즈 점수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학생</w:t>
            </w:r>
          </w:p>
        </w:tc>
        <w:tc>
          <w:tcPr>
            <w:tcW w:type="dxa" w:w="1440"/>
          </w:tcPr>
          <w:p>
            <w:r>
              <w:rPr>
                <w:b/>
              </w:rPr>
              <w:t>1주</w:t>
            </w:r>
          </w:p>
        </w:tc>
        <w:tc>
          <w:tcPr>
            <w:tcW w:type="dxa" w:w="1440"/>
          </w:tcPr>
          <w:p>
            <w:r>
              <w:rPr>
                <w:b/>
              </w:rPr>
              <w:t>2주</w:t>
            </w:r>
          </w:p>
        </w:tc>
        <w:tc>
          <w:tcPr>
            <w:tcW w:type="dxa" w:w="1440"/>
          </w:tcPr>
          <w:p>
            <w:r>
              <w:rPr>
                <w:b/>
              </w:rPr>
              <w:t>3주</w:t>
            </w:r>
          </w:p>
        </w:tc>
        <w:tc>
          <w:tcPr>
            <w:tcW w:type="dxa" w:w="1440"/>
          </w:tcPr>
          <w:p>
            <w:r>
              <w:rPr>
                <w:b/>
              </w:rPr>
              <w:t>4주</w:t>
            </w:r>
          </w:p>
        </w:tc>
        <w:tc>
          <w:tcPr>
            <w:tcW w:type="dxa" w:w="1440"/>
          </w:tcPr>
          <w:p>
            <w:r>
              <w:rPr>
                <w:b/>
              </w:rPr>
              <w:t>3단원 퀴즈</w:t>
            </w:r>
          </w:p>
        </w:tc>
      </w:tr>
      <w:tr>
        <w:tc>
          <w:tcPr>
            <w:tcW w:type="dxa" w:w="1440"/>
          </w:tcPr>
          <w:p>
            <w:r>
              <w:t>김서연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88</w:t>
            </w:r>
          </w:p>
        </w:tc>
      </w:tr>
      <w:tr>
        <w:tc>
          <w:tcPr>
            <w:tcW w:type="dxa" w:w="1440"/>
          </w:tcPr>
          <w:p>
            <w:r>
              <w:t>박도윤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79</w:t>
            </w:r>
          </w:p>
        </w:tc>
      </w:tr>
      <w:tr>
        <w:tc>
          <w:tcPr>
            <w:tcW w:type="dxa" w:w="1440"/>
          </w:tcPr>
          <w:p>
            <w:r>
              <w:t>최하은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92</w:t>
            </w:r>
          </w:p>
        </w:tc>
      </w:tr>
      <w:tr>
        <w:tc>
          <w:tcPr>
            <w:tcW w:type="dxa" w:w="1440"/>
          </w:tcPr>
          <w:p>
            <w:r>
              <w:t>이준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84</w:t>
            </w:r>
          </w:p>
        </w:tc>
      </w:tr>
      <w:tr>
        <w:tc>
          <w:tcPr>
            <w:tcW w:type="dxa" w:w="1440"/>
          </w:tcPr>
          <w:p>
            <w:r>
              <w:t>정민아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90</w:t>
            </w:r>
          </w:p>
        </w:tc>
      </w:tr>
      <w:tr>
        <w:tc>
          <w:tcPr>
            <w:tcW w:type="dxa" w:w="1440"/>
          </w:tcPr>
          <w:p>
            <w:r>
              <w:t>강우진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73</w:t>
            </w:r>
          </w:p>
        </w:tc>
      </w:tr>
    </w:tbl>
    <w:p/>
    <w:p>
      <w:pPr>
        <w:pStyle w:val="Heading2"/>
      </w:pPr>
      <w:r>
        <w:t>그냥 복사</w:t>
      </w:r>
    </w:p>
    <w:p>
      <w:r>
        <w:rPr>
          <w:color w:val="888888"/>
        </w:rPr>
        <w:t>[여기에 대상 스타일 사용으로 표를 붙여 넣으세요]</w:t>
      </w:r>
    </w:p>
    <w:p>
      <w:pPr>
        <w:pStyle w:val="Heading2"/>
      </w:pPr>
      <w:r>
        <w:t>연결된 표</w:t>
      </w:r>
    </w:p>
    <w:p>
      <w:r>
        <w:rPr>
          <w:color w:val="888888"/>
        </w:rPr>
        <w:t>[여기에 연결 및 대상 스타일 사용으로 표를 붙여 넣으세요]</w:t>
      </w:r>
    </w:p>
    <w:p>
      <w:pPr>
        <w:pStyle w:val="Heading2"/>
      </w:pPr>
      <w:r>
        <w:t>퀴즈 차트</w:t>
      </w:r>
    </w:p>
    <w:p>
      <w:r>
        <w:rPr>
          <w:color w:val="888888"/>
        </w:rPr>
        <w:t>[여기에 퀴즈 점수 세로 막대형 차트를 붙여 넣으세요]</w:t>
      </w:r>
    </w:p>
    <w:p>
      <w:pPr>
        <w:pStyle w:val="Heading2"/>
      </w:pPr>
      <w:r>
        <w:t>전체 데이터</w:t>
      </w:r>
    </w:p>
    <w:p>
      <w:r>
        <w:rPr>
          <w:color w:val="888888"/>
        </w:rPr>
        <w:t>[여기에 통합 문서를 아이콘으로 넣으세요]</w:t>
      </w:r>
    </w:p>
    <w:p>
      <w:r>
        <w:t>학부모 안내: 출석 숫자는 매주 금요일 프로그램 담당자가 업데이트해요.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포트리 커뮤니티 센터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강의 워크북, 2026년 가을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 워크북 부록 B (엑셀 데이터 연결 연습)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