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가을 프로그램 신청서</w:t>
      </w:r>
    </w:p>
    <w:p>
      <w:r>
        <w:rPr>
          <w:i/>
        </w:rPr>
        <w:t>과외 동아리 · 포트리 커뮤니티 센터 · 강의 워크북 프로그램</w:t>
      </w:r>
    </w:p>
    <w:p>
      <w:r>
        <w:t>학생 한 명당 한 장씩 작성해서 204호로 내 주세요.</w:t>
      </w:r>
    </w:p>
    <w:p>
      <w:r>
        <w:t>학생 이름: ________________________________</w:t>
      </w:r>
    </w:p>
    <w:p>
      <w:r>
        <w:t>학년: __________</w:t>
      </w:r>
    </w:p>
    <w:p>
      <w:r>
        <w:t>과정(하나 또는 둘 다 동그라미):    수학      읽기</w:t>
      </w:r>
    </w:p>
    <w:p>
      <w:r>
        <w:t>시작 날짜: ________년 ____월 ____일</w:t>
      </w:r>
    </w:p>
    <w:p>
      <w:r>
        <w:t>보호자 이름: ________________________________</w:t>
      </w:r>
    </w:p>
    <w:p>
      <w:r>
        <w:t>보호자 전화: ______________________</w:t>
      </w:r>
    </w:p>
    <w:p>
      <w:r>
        <w:t>집 주소: ________________________________________</w:t>
      </w:r>
    </w:p>
    <w:p>
      <w:r>
        <w:t>______________________________________________________</w:t>
      </w:r>
    </w:p>
    <w:p>
      <w:r>
        <w:t>어떻게 알게 되셨나요? (학교 / 친구 / 도서관 / 기타: __________)</w:t>
      </w:r>
    </w:p>
    <w:p>
      <w:r>
        <w:t>사진 촬영 동의:   예   아니요</w:t>
      </w:r>
    </w:p>
    <w:p>
      <w:r>
        <w:t>보호자 서명: ______________________   날짜: ____________</w:t>
      </w:r>
    </w:p>
    <w:p>
      <w:pPr>
        <w:pStyle w:val="Title"/>
        <w:pageBreakBefore/>
      </w:pPr>
      <w:r>
        <w:t>강의 워크북 의견서</w:t>
      </w:r>
    </w:p>
    <w:p>
      <w:r>
        <w:rPr>
          <w:i/>
        </w:rPr>
        <w:t>이번 가을 25쪽짜리 강의 워크북이 아이에게 어땠는지 알려 주세요.</w:t>
      </w:r>
    </w:p>
    <w:p>
      <w:r>
        <w:t>학생 이름: ________________________________</w:t>
      </w:r>
    </w:p>
    <w:p>
      <w:r>
        <w:t>가장 도움이 된 단원은? (1단원~6단원): ________</w:t>
      </w:r>
    </w:p>
    <w:p>
      <w:r>
        <w:t>연습 문제 난이도:   너무 쉬워요      알맞아요      너무 어려워요</w:t>
      </w:r>
    </w:p>
    <w:p>
      <w:r>
        <w:t>자유 의견:</w:t>
      </w:r>
    </w:p>
    <w:p>
      <w:r>
        <w:t>______________________________________________________</w:t>
      </w:r>
    </w:p>
    <w:p>
      <w:r>
        <w:t>______________________________________________________</w:t>
      </w:r>
    </w:p>
    <w:p>
      <w:r>
        <w:t>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과외 동아리 · 2026년 가을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과외 동아리 - 신청서와 의견서 (연습)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