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Fractions Study Guide</w:t>
      </w:r>
    </w:p>
    <w:p>
      <w:r>
        <w:t>This guide covers everything on Friday's fractions quiz. Read page 1 first, learn the words on page 2, then try the practice questions on page 3 without looking at the answers.</w:t>
      </w:r>
    </w:p>
    <w:p/>
    <w:p/>
    <w:p>
      <w:r>
        <w:t>What is a fraction?</w:t>
      </w:r>
    </w:p>
    <w:p>
      <w:r>
        <w:t>A fraction names part of a whole. The bottom number says how many equal parts the whole is cut into. The top number says how many of those parts you have.</w:t>
      </w:r>
    </w:p>
    <w:p>
      <w:r>
        <w:t>The parts must be equal in size.</w:t>
      </w:r>
    </w:p>
    <w:p>
      <w:r>
        <w:t>3/8 means 3 out of 8 equal parts.</w:t>
      </w:r>
    </w:p>
    <w:p>
      <w:r>
        <w:t>When the top and bottom numbers are the same, the fraction equals 1.</w:t>
      </w:r>
    </w:p>
    <w:p>
      <w:r>
        <w:t>[Picture here: a pizza cut into 8 slices with 3 slices shaded]</w:t>
      </w:r>
    </w:p>
    <w:p/>
    <w:p/>
    <w:p>
      <w:r>
        <w:t>Adding fractions</w:t>
      </w:r>
    </w:p>
    <w:p>
      <w:r>
        <w:t>You can add two fractions right away when their denominaters are the same.</w:t>
      </w:r>
    </w:p>
    <w:p>
      <w:r>
        <w:t>1) Check that the bottom numbers match.</w:t>
      </w:r>
    </w:p>
    <w:p>
      <w:r>
        <w:t>2) Add the top numbers.</w:t>
      </w:r>
    </w:p>
    <w:p>
      <w:r>
        <w:t>3) Keep the bottom number the same.</w:t>
      </w:r>
    </w:p>
    <w:p>
      <w:r>
        <w:t>4) Simplify teh answer if you can.</w:t>
      </w:r>
    </w:p>
    <w:p/>
    <w:p>
      <w:r>
        <w:t>Vocabulary</w:t>
      </w:r>
    </w:p>
    <w:p>
      <w:r>
        <w:t>Numerator          The top number of a fraction</w:t>
      </w:r>
    </w:p>
    <w:p>
      <w:r>
        <w:t>Denominator     The bottom number of a fraction</w:t>
      </w:r>
    </w:p>
    <w:p>
      <w:r>
        <w:t>Equivalent                 Fractions that have the same value, like 1/2 and 2/4</w:t>
      </w:r>
    </w:p>
    <w:p>
      <w:r>
        <w:t>Simplify       To rewrite a fraction with the smallest possible numbers</w:t>
      </w:r>
    </w:p>
    <w:p>
      <w:r>
        <w:t>Mixed number              A whole number and a fraction together, like 1 1/2</w:t>
      </w:r>
    </w:p>
    <w:p/>
    <w:p>
      <w:r>
        <w:t>Fractions, decimals and percents</w:t>
      </w:r>
    </w:p>
    <w:p>
      <w:r>
        <w:t>Fraction, Decimal, Percent</w:t>
      </w:r>
    </w:p>
    <w:p>
      <w:r>
        <w:t>1/2, 0.5, 50%</w:t>
      </w:r>
    </w:p>
    <w:p>
      <w:r>
        <w:t>1/4, 0.25, 25%</w:t>
      </w:r>
    </w:p>
    <w:p>
      <w:r>
        <w:t>3/4, 0.75, 75%</w:t>
      </w:r>
    </w:p>
    <w:p/>
    <w:p/>
    <w:p/>
    <w:p>
      <w:r>
        <w:t>Practice questions</w:t>
      </w:r>
    </w:p>
    <w:p>
      <w:r>
        <w:t>1) What is 1/4 + 2/4?</w:t>
      </w:r>
    </w:p>
    <w:p>
      <w:r>
        <w:t>2) Which fraction is equivalent to 1/2: 2/3, 3/6 or 3/4?</w:t>
      </w:r>
    </w:p>
    <w:p>
      <w:r>
        <w:t>3) Simplify 6/8.</w:t>
      </w:r>
    </w:p>
    <w:p>
      <w:r>
        <w:t>4) Write 3/4 as a percent.</w:t>
      </w:r>
    </w:p>
    <w:p>
      <w:r>
        <w:t>5) A pizza has 8 slices. You eat 3. What fracton of the pizza is left?</w:t>
      </w:r>
    </w:p>
    <w:p>
      <w:r>
        <w:t>Answer key</w:t>
      </w:r>
    </w:p>
    <w:p>
      <w:r>
        <w:t>1) 3/4   2) 3/6   3) 3/4   4) 75%   5) 5/8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Fractions Study Guide (unformatted)</dc:title>
  <dc:subject/>
  <dc:creator>ArumSoft Learning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