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Questions? Ask a volunteer at the front desk or email the club.</w:t>
      </w:r>
    </w:p>
    <w:p>
      <w:pPr>
        <w:pStyle w:val="Title"/>
      </w:pPr>
      <w:r>
        <w:t>Tutoring Club Sign-up</w:t>
      </w:r>
    </w:p>
    <w:p>
      <w:r>
        <w:t>Sign-ups for the fall tutering session are now open. Sessions run every Tuesday and Thursday from 3:30 to 5:00 p.m. in Room 204. Sessions run every Tuesday and Thursday from 3:30 to 5:00 p.m. in Room 204. All tutering is free.</w:t>
      </w:r>
    </w:p>
    <w:p>
      <w:r>
        <w:rPr>
          <w:rFonts w:ascii="Times New Roman" w:hAnsi="Times New Roman"/>
          <w:i/>
          <w:color w:val="2E75B6"/>
          <w:sz w:val="26"/>
        </w:rPr>
        <w:t>Tutering is free for students in grades 3 to 8, and no experience or test scores are needed to join.</w:t>
      </w:r>
    </w:p>
    <w:p>
      <w:pPr>
        <w:pStyle w:val="Heading2"/>
      </w:pPr>
      <w:r>
        <w:t>How to sign up</w:t>
      </w:r>
    </w:p>
    <w:p>
      <w:pPr>
        <w:pStyle w:val="ListNumber"/>
      </w:pPr>
      <w:r>
        <w:t>Hand the finished form to any volunteer.</w:t>
      </w:r>
    </w:p>
    <w:p>
      <w:pPr>
        <w:pStyle w:val="ListNumber"/>
      </w:pPr>
      <w:r>
        <w:t>Fill in your child's name, grade and school.</w:t>
      </w:r>
    </w:p>
    <w:p>
      <w:pPr>
        <w:pStyle w:val="ListNumber"/>
      </w:pPr>
      <w:r>
        <w:t>Pick up a sign-up form at the front desk.</w:t>
      </w:r>
    </w:p>
    <w:p>
      <w:pPr>
        <w:pStyle w:val="Heading2"/>
      </w:pPr>
      <w:r>
        <w:t>What to bring</w:t>
      </w:r>
    </w:p>
    <w:p>
      <w:r>
        <w:t>Bring homework, a school planner and a water bottle to every tutering session. Our tutering volunteers are high school students from the area.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Sign-up Notice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