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Tutoring Club Session Guide</w:t>
      </w:r>
    </w:p>
    <w:p>
      <w:pPr>
        <w:jc w:val="center"/>
      </w:pPr>
      <w:r>
        <w:t>Fort Lee Community Center · Fall 2026</w:t>
      </w:r>
    </w:p>
    <w:p/>
    <w:p/>
    <w:p>
      <w:pPr>
        <w:pStyle w:val="Heading2"/>
      </w:pPr>
      <w:r>
        <w:t>How a session works</w:t>
      </w:r>
    </w:p>
    <w:p>
      <w:pPr>
        <w:jc w:val="center"/>
      </w:pPr>
      <w:r>
        <w:t xml:space="preserve">      Each session lasts 90 minutes. Students spend the first hour on homework with a volunteer tutor, then finish with a short reading or math game.</w:t>
      </w:r>
    </w:p>
    <w:p/>
    <w:p>
      <w:pPr>
        <w:jc w:val="center"/>
      </w:pPr>
      <w:r>
        <w:rPr>
          <w:rFonts w:ascii="Comic Sans MS" w:hAnsi="Comic Sans MS"/>
          <w:color w:val="C2185B"/>
        </w:rPr>
        <w:t xml:space="preserve">      Please arrive by 3:30 p.m. so tutors can match students to tables before the room fills up.</w:t>
      </w:r>
    </w:p>
    <w:p/>
    <w:p>
      <w:r>
        <w:rPr>
          <w:rFonts w:ascii="Times New Roman" w:hAnsi="Times New Roman"/>
          <w:color w:val="2E75B6"/>
          <w:sz w:val="28"/>
          <w:u w:val="single"/>
        </w:rPr>
        <w:t xml:space="preserve">      Tutors help with homework in every subject, but they will not do the homework for students.</w:t>
      </w:r>
    </w:p>
    <w:p/>
    <w:p/>
    <w:p>
      <w:pPr>
        <w:pStyle w:val="Heading2"/>
      </w:pPr>
      <w:r>
        <w:t>What to bring</w:t>
      </w:r>
    </w:p>
    <w:p>
      <w:pPr>
        <w:jc w:val="center"/>
      </w:pPr>
      <w:r>
        <w:rPr>
          <w:rFonts w:ascii="Arial" w:hAnsi="Arial"/>
          <w:b/>
          <w:sz w:val="20"/>
        </w:rPr>
        <w:t>Homework, a school planner, a pencil case and a water bottle. Snacks are fine, but please no nuts.</w:t>
      </w:r>
    </w:p>
    <w:p/>
    <w:p/>
    <w:p>
      <w:pPr>
        <w:pStyle w:val="Heading2"/>
      </w:pPr>
      <w:r>
        <w:t>Contacts</w:t>
      </w:r>
    </w:p>
    <w:p>
      <w:r>
        <w:t>Front desk: sign-in sheets, lost and found, and early pick-up requests for any student in the program, plus visitor badges for parents</w:t>
      </w:r>
    </w:p>
    <w:p>
      <w:r>
        <w:t>Club lead: schedule changes, new volunteers and questions about the program, the room or the weekly volunteer schedule</w:t>
      </w:r>
    </w:p>
    <w:p>
      <w:r>
        <w:t>Reading corner: book swaps, reading logs and the monthly reading challenge for students in all grades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Session Guide (practice)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