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Tutoring Club Fall Newsleter</w:t>
      </w:r>
    </w:p>
    <w:p>
      <w:r>
        <w:rPr>
          <w:i/>
        </w:rPr>
        <w:t>Fort Lee Community Center · Room 204</w:t>
      </w:r>
    </w:p>
    <w:p>
      <w:r>
        <w:t>Bienvenidos a todas las familias! Welcome back to a new season of after-school tutoring.</w:t>
      </w:r>
    </w:p>
    <w:p>
      <w:r>
        <w:t>Sessions start on Tuesday, September 17, and run every Tuesday and Thursday from 3:30 to 5:00 p.m. in Room 204. Students will recieve a folder for the the semester, and teh folder stays at the center.</w:t>
      </w:r>
    </w:p>
    <w:p>
      <w:pPr>
        <w:pStyle w:val="Heading2"/>
      </w:pPr>
      <w:r>
        <w:t>What's new this fall</w:t>
      </w:r>
    </w:p>
    <w:p>
      <w:pPr>
        <w:pStyle w:val="ListBullet"/>
      </w:pPr>
      <w:r>
        <w:t>Two new tutors for reading and science</w:t>
      </w:r>
    </w:p>
    <w:p>
      <w:pPr>
        <w:pStyle w:val="ListBullet"/>
      </w:pPr>
      <w:r>
        <w:t>A quiet room for test prep</w:t>
      </w:r>
    </w:p>
    <w:p>
      <w:pPr>
        <w:pStyle w:val="ListBullet"/>
      </w:pPr>
      <w:r>
        <w:t>Snacks is provided by the center every Thursday</w:t>
      </w:r>
    </w:p>
    <w:p>
      <w:pPr>
        <w:pStyle w:val="Heading2"/>
      </w:pPr>
      <w:r>
        <w:t>Meet the new tutors</w:t>
      </w:r>
    </w:p>
    <w:p>
      <w:r>
        <w:t>Sofia Ramirez is a college freshman who loves reading and writing. Grace Lee is in grade 12 and will help with science and essay writing. Both of them are excited to meet you're children.</w:t>
      </w:r>
    </w:p>
    <w:p>
      <w:pPr>
        <w:pStyle w:val="Heading2"/>
      </w:pPr>
      <w:r>
        <w:t>Message from the coordinator</w:t>
      </w:r>
    </w:p>
    <w:p>
      <w:r>
        <w:t>Thank you to every family who signed up. This year we have 18 students and four tutors, which means every student gets more time with a tutor then last year. If your child needs help with a subject we don't list, please let us know and we will try to find a volunteer. Remember to bring homework, a planner, and a water bottle to each session.</w:t>
      </w:r>
    </w:p>
    <w:p>
      <w:r>
        <w:t>Questions? Ask Sophia Ramirez at the front desk, or stop by Room 240 before a session.</w:t>
      </w:r>
    </w:p>
    <w:p>
      <w:pPr>
        <w:pStyle w:val="Heading1"/>
        <w:pageBreakBefore/>
      </w:pPr>
      <w:r>
        <w:t>Sign-up slip</w:t>
      </w:r>
    </w:p>
    <w:p>
      <w:r>
        <w:t>Please return this slip to the front desk by Friday, September 11.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Student name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Grade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Subject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Parent phone</w:t>
            </w:r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>
      <w:r>
        <w:t>Parent signature: ____________________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Tutoring Club · Fort Lee Community Center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Tutoring Club - Fall Newsletter (practice)</dc:title>
  <dc:subject/>
  <dc:creator>ArumSoft Learning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