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 the Tutors</w:t>
      </w:r>
    </w:p>
    <w:p>
      <w:r>
        <w:rPr>
          <w:i/>
        </w:rPr>
        <w:t>Tutoring Club · Fort Lee Community Center · Room 204</w:t>
      </w:r>
    </w:p>
    <w:p>
      <w:r>
        <w:rPr>
          <w:i/>
          <w:color w:val="7A7A7A"/>
        </w:rPr>
        <w:t>[Put a picture or icon here, at the start of this paragraph]</w:t>
      </w:r>
    </w:p>
    <w:p>
      <w:r>
        <w:t>Our volunteer tutors are high school and college students who love helping younger learners. Drop in any Tuesday or Thursday after school. No appointment needed, and every session is free.</w:t>
      </w:r>
    </w:p>
    <w:p>
      <w:pPr>
        <w:pStyle w:val="Heading2"/>
      </w:pPr>
      <w:r>
        <w:t>Weekly schedule</w:t>
      </w:r>
    </w:p>
    <w:p>
      <w:r>
        <w:rPr>
          <w:i/>
          <w:color w:val="7A7A7A"/>
        </w:rPr>
        <w:t>Turn the five lines below into a table: select them, then Insert &gt; Table &gt; Convert Text to Table, and separate text at Tabs.</w:t>
      </w:r>
    </w:p>
    <w:p>
      <w:r>
        <w:t>Day</w:t>
        <w:tab/>
        <w:t>Time</w:t>
        <w:tab/>
        <w:t>Subject</w:t>
        <w:tab/>
        <w:t>Tutor</w:t>
      </w:r>
    </w:p>
    <w:p>
      <w:r>
        <w:t>Tuesday</w:t>
        <w:tab/>
        <w:t>3:30–4:15</w:t>
        <w:tab/>
        <w:t>Math</w:t>
        <w:tab/>
        <w:t>Daniel Kim</w:t>
      </w:r>
    </w:p>
    <w:p>
      <w:r>
        <w:t>Tuesday</w:t>
        <w:tab/>
        <w:t>4:15–5:00</w:t>
        <w:tab/>
        <w:t>Reading</w:t>
        <w:tab/>
        <w:t>Sofia Ramirez</w:t>
      </w:r>
    </w:p>
    <w:p>
      <w:r>
        <w:t>Thursday</w:t>
        <w:tab/>
        <w:t>3:30–4:15</w:t>
        <w:tab/>
        <w:t>Science</w:t>
        <w:tab/>
        <w:t>Grace Lee</w:t>
      </w:r>
    </w:p>
    <w:p>
      <w:r>
        <w:t>Thursday</w:t>
        <w:tab/>
        <w:t>4:15–5:00</w:t>
        <w:tab/>
        <w:t>Homework help</w:t>
        <w:tab/>
        <w:t>Marcus Brown</w:t>
      </w:r>
    </w:p>
    <w:p>
      <w:pPr>
        <w:pStyle w:val="Heading2"/>
      </w:pPr>
      <w:r>
        <w:t>Our tutors</w:t>
      </w:r>
    </w:p>
    <w:p>
      <w:pPr>
        <w:pStyle w:val="ListBullet"/>
      </w:pPr>
      <w:r>
        <w:t>Daniel Kim: grade 11, math and science</w:t>
      </w:r>
    </w:p>
    <w:p>
      <w:pPr>
        <w:pStyle w:val="ListBullet"/>
      </w:pPr>
      <w:r>
        <w:t>Sofia Ramirez: college freshman, reading and writing</w:t>
      </w:r>
    </w:p>
    <w:p>
      <w:pPr>
        <w:pStyle w:val="ListBullet"/>
      </w:pPr>
      <w:r>
        <w:t>Grace Lee: grade 12, science and essay writing</w:t>
      </w:r>
    </w:p>
    <w:p>
      <w:pPr>
        <w:pStyle w:val="ListBullet"/>
      </w:pPr>
      <w:r>
        <w:t>Marcus Brown: grade 11, homework help</w:t>
      </w:r>
    </w:p>
    <w:p>
      <w:r>
        <w:t>Questions? Ask at the front desk of the Fort Lee Community Center.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- Meet the Tutors (practice)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