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Tutoring Club Weekly Schedule</w:t>
      </w:r>
    </w:p>
    <w:p>
      <w:r>
        <w:rPr>
          <w:i/>
        </w:rPr>
        <w:t>Fort Lee Community Center, Fall 2026</w:t>
      </w:r>
    </w:p>
    <w:p>
      <w:pPr>
        <w:pStyle w:val="Heading2"/>
      </w:pPr>
      <w:r>
        <w:t>Weekly schedule</w:t>
      </w:r>
    </w:p>
    <w:p>
      <w:r>
        <w:rPr>
          <w:b/>
        </w:rPr>
        <w:t>Day          Subject          Room          Time</w:t>
      </w:r>
    </w:p>
    <w:p>
      <w:r>
        <w:t>Monday       Math             204            3:30</w:t>
      </w:r>
    </w:p>
    <w:p>
      <w:r>
        <w:t>Tuesday     Reading           110          4:00</w:t>
      </w:r>
    </w:p>
    <w:p>
      <w:r>
        <w:t>Thursday      Science       204              3:30</w:t>
      </w:r>
    </w:p>
    <w:p>
      <w:r>
        <w:t>Saturday    Test prep      204           10:00</w:t>
      </w:r>
    </w:p>
    <w:p>
      <w:pPr>
        <w:pStyle w:val="Heading2"/>
      </w:pPr>
      <w:r>
        <w:t>How to sign in</w:t>
      </w:r>
    </w:p>
    <w:p>
      <w:r>
        <w:t>1. Write your name on the sheet at the front desk.</w:t>
      </w:r>
    </w:p>
    <w:p>
      <w:r>
        <w:t>2. Find the table for your subject.</w:t>
      </w:r>
    </w:p>
    <w:p>
      <w:r>
        <w:t>2. Pick up a worksheet.</w:t>
      </w:r>
    </w:p>
    <w:p>
      <w:r>
        <w:t>4.Wait for a volunteer to call your name.</w:t>
      </w:r>
    </w:p>
    <w:p>
      <w:pPr>
        <w:pStyle w:val="Heading2"/>
      </w:pPr>
      <w:r>
        <w:t>What to bring</w:t>
      </w:r>
    </w:p>
    <w:p>
      <w:r>
        <w:t>- Homework and your school planner</w:t>
      </w:r>
    </w:p>
    <w:p>
      <w:r>
        <w:t>- A charged laptop or tablet</w:t>
      </w:r>
    </w:p>
    <w:p>
      <w:r>
        <w:t>-A water bottle</w:t>
      </w:r>
    </w:p>
    <w:p>
      <w:pPr>
        <w:pStyle w:val="Heading2"/>
      </w:pPr>
      <w:r>
        <w:t>Snack table prices</w:t>
      </w:r>
    </w:p>
    <w:p>
      <w:r>
        <w:t>Water .............................. $1.00</w:t>
      </w:r>
    </w:p>
    <w:p>
      <w:r>
        <w:t>Granola bar ................... $1.50</w:t>
      </w:r>
    </w:p>
    <w:p>
      <w:r>
        <w:t>Fruit cup ............................ $2.00</w:t>
      </w:r>
    </w:p>
    <w:p>
      <w:r>
        <w:t>Club T-shirt ................. $12.00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Tutoring Club Weekly Schedule (practice)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