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Tutoring Club Handbook</w:t>
      </w:r>
    </w:p>
    <w:p>
      <w:r>
        <w:t>Fort Lee Community Center</w:t>
      </w:r>
    </w:p>
    <w:p>
      <w:r>
        <w:t>For volunteers and families, Fall 2026</w:t>
      </w:r>
    </w:p>
    <w:p>
      <w:r>
        <w:t>[Picture: club logo, centered. Decorative, no caption]</w:t>
      </w:r>
    </w:p>
    <w:p>
      <w:r>
        <w:t>[Table of contents goes here, on page 2]</w:t>
      </w:r>
    </w:p>
    <w:p>
      <w:r>
        <w:t>Welcome</w:t>
      </w:r>
    </w:p>
    <w:p>
      <w:r>
        <w:t>Welcome to the Fort Lee Community Center Tutoring Club. We are a group of volunteers who help students from grade 3 to grade 12 with homework, reading and test preparation. Sessions are free and take place every weekday afternoon at the community center.</w:t>
      </w:r>
    </w:p>
    <w:p>
      <w:r>
        <w:t>This handbook explains how sessions work, what we expect from volunteers and families, and where to find materials, the schedule and the people to contact. Please read it before your first session and keep it nearby during your first month.</w:t>
      </w:r>
    </w:p>
    <w:p>
      <w:r>
        <w:t>Who we are</w:t>
      </w:r>
    </w:p>
    <w:p>
      <w:r>
        <w:t>The club started in 2019 with four volunteers and a single table in the library. Today about thirty volunteers, most of them high school and college students, tutor more than sixty students each week. A volunteer coordinator plans the schedule and a staff member from the community center is always on site.</w:t>
      </w:r>
    </w:p>
    <w:p>
      <w:r>
        <w:t>[Picture: photo of a volunteer and a student working at a table. In line with text. Caption idea: Figure 1: A Tuesday reading session in the library]</w:t>
      </w:r>
    </w:p>
    <w:p>
      <w:r>
        <w:t>What families can expect</w:t>
      </w:r>
    </w:p>
    <w:p>
      <w:r>
        <w:t>Every student works with the same volunteer each week whenever possible, so they can build trust and track progress. Volunteers help students understand their work; they do not do homework for them. After each session, the volunteer writes a short note in the student's folder so families can see what was covered.</w:t>
      </w:r>
    </w:p>
    <w:p>
      <w:r>
        <w:t>We use the materials listed in [cross-reference: materials table], and we can lend most of them for use at home.</w:t>
      </w:r>
    </w:p>
    <w:p>
      <w:r>
        <w:t>[Insert the club contact block Quick Part here]</w:t>
      </w:r>
    </w:p>
    <w:p>
      <w:r>
        <w:t>Session rules</w:t>
      </w:r>
    </w:p>
    <w:p>
      <w:r>
        <w:t>Clear rules keep sessions calm and fair for everyone. They apply to students, volunteers and visiting family members.</w:t>
      </w:r>
    </w:p>
    <w:p>
      <w:r>
        <w:t>Arriving and signing in</w:t>
      </w:r>
    </w:p>
    <w:p>
      <w:r>
        <w:t>Arrive ten minutes before your session and sign in at the front desk. Students must be signed in by a family member or a staff member. Volunteers sign in on the volunteer sheet and pick up their student's folder. Session times for each subject are listed in [cross-reference: schedule table].</w:t>
      </w:r>
    </w:p>
    <w:p>
      <w:r>
        <w:t>During a session</w:t>
      </w:r>
    </w:p>
    <w:p>
      <w:r>
        <w:t>Sessions last one hour. Work in the room listed on the schedule, keep voices low and stay with your student for the whole session. If you need to leave the room, ask a staff member to step in. Food stays in the lobby; water bottles are welcome.</w:t>
      </w:r>
    </w:p>
    <w:p>
      <w:r>
        <w:t>Phones and devices</w:t>
      </w:r>
    </w:p>
    <w:p>
      <w:r>
        <w:t>Phones stay in bags during sessions unless they are needed for the work. Volunteers may use the center's laptops for research or practice programs. Never take photos of students without written permission from the family and the coordinator.</w:t>
      </w:r>
    </w:p>
    <w:p>
      <w:r>
        <w:t>If you need to cancel</w:t>
      </w:r>
    </w:p>
    <w:p>
      <w:r>
        <w:t>Tell the volunteer coordinator at least 24 hours ahead whenever you can. Families can cancel by phone or email. If a student misses three sessions in a row without notice, the coordinator will contact the family to check whether the time still works.</w:t>
      </w:r>
    </w:p>
    <w:p>
      <w:r>
        <w:t>Volunteer guide</w:t>
      </w:r>
    </w:p>
    <w:p>
      <w:r>
        <w:t>Thank you for giving your time. This chapter covers what to do in your first week, how to work well with a student and how we keep everyone safe.</w:t>
      </w:r>
    </w:p>
    <w:p>
      <w:r>
        <w:t>Your first week</w:t>
      </w:r>
    </w:p>
    <w:p>
      <w:r>
        <w:t>In your first week you will shadow an experienced volunteer for one session, meet the coordinator and get a tour of the rooms and the materials shelf. You will also complete the community center's volunteer form and the safety training video, which takes about twenty minutes.</w:t>
      </w:r>
    </w:p>
    <w:p>
      <w:r>
        <w:t>[Picture: photo of the sign-in desk with the volunteer sheet and student folders. Square wrapping, right side. Caption idea: Figure 2: The sign-in desk, where every session starts]</w:t>
      </w:r>
    </w:p>
    <w:p>
      <w:r>
        <w:t>Working with a student</w:t>
      </w:r>
    </w:p>
    <w:p>
      <w:r>
        <w:t>Start each session by asking what the student is working on and what feels hardest. Let the student hold the pencil. Ask questions that lead them to the next step instead of giving the answer. If they get stuck on the same idea twice, try a different explanation, a drawing or an example from everyday life. End by asking them to explain one thing they learned in their own words.</w:t>
      </w:r>
    </w:p>
    <w:p>
      <w:r>
        <w:t>Write a two or three sentence note in the student's folder after every session: what you worked on, what went well and what to practice next.</w:t>
      </w:r>
    </w:p>
    <w:p>
      <w:r>
        <w:t>Safety and supervision</w:t>
      </w:r>
    </w:p>
    <w:p>
      <w:r>
        <w:t>Tutoring always happens in shared rooms with the door open, and a staff member is always in the building. Volunteers never meet students outside club sessions, never give rides and never share personal phone numbers or social media accounts. If a student tells you something that worries you, tell the staff member on duty the same day.</w:t>
      </w:r>
    </w:p>
    <w:p>
      <w:r>
        <w:t>Subjects and materials</w:t>
      </w:r>
    </w:p>
    <w:p>
      <w:r>
        <w:t>We tutor most school subjects. The table below lists the main materials for each subject and where to find them. Ask the coordinator before you take anything out of the building.</w:t>
      </w:r>
    </w:p>
    <w:p>
      <w:r>
        <w:t>Subject, Grade levels, Main materials, Where to find them</w:t>
      </w:r>
    </w:p>
    <w:p>
      <w:r>
        <w:t>Math, 3 to 5, Fraction tiles and place value blocks, Shelf A</w:t>
      </w:r>
    </w:p>
    <w:p>
      <w:r>
        <w:t>Math, 6 to 8, Practice workbooks and graph paper, Shelf A</w:t>
      </w:r>
    </w:p>
    <w:p>
      <w:r>
        <w:t>Algebra, 8 to 10, Algebra tiles and worked example cards, Shelf A</w:t>
      </w:r>
    </w:p>
    <w:p>
      <w:r>
        <w:t>Geometry, 9 to 10, Rulers and protractors, Shelf B</w:t>
      </w:r>
    </w:p>
    <w:p>
      <w:r>
        <w:t>Reading, 3 to 5, Leveled readers and reading logs, Library cart</w:t>
      </w:r>
    </w:p>
    <w:p>
      <w:r>
        <w:t>Reading, 6 to 8, Short novels and discussion cards, Library cart</w:t>
      </w:r>
    </w:p>
    <w:p>
      <w:r>
        <w:t>Writing, 6 to 12, Essay planners and sample paragraphs, Shelf C</w:t>
      </w:r>
    </w:p>
    <w:p>
      <w:r>
        <w:t>Science, 3 to 5, Magnifiers and simple experiment kits, Shelf D</w:t>
      </w:r>
    </w:p>
    <w:p>
      <w:r>
        <w:t>Science, 6 to 8, Lab notebooks and model kits, Shelf D</w:t>
      </w:r>
    </w:p>
    <w:p>
      <w:r>
        <w:t>Biology, 9 to 12, Flash cards and diagram sheets, Shelf D</w:t>
      </w:r>
    </w:p>
    <w:p>
      <w:r>
        <w:t>Chemistry, 10 to 12, Periodic tables and calculators, Shelf D</w:t>
      </w:r>
    </w:p>
    <w:p>
      <w:r>
        <w:t>Spanish, 6 to 12, Vocabulary cards and audio player, Shelf E</w:t>
      </w:r>
    </w:p>
    <w:p>
      <w:r>
        <w:t>Korean, 6 to 12, Hangul charts and picture dictionaries, Shelf E</w:t>
      </w:r>
    </w:p>
    <w:p>
      <w:r>
        <w:t>SAT and ACT prep, 10 to 12, Practice tests and timers, Coordinator's office</w:t>
      </w:r>
    </w:p>
    <w:p>
      <w:r>
        <w:t>Computer skills, 6 to 12, Laptops and typing guide, Room 106 cabinet</w:t>
      </w:r>
    </w:p>
    <w:p>
      <w:r>
        <w:t>Borrowing materials</w:t>
      </w:r>
    </w:p>
    <w:p>
      <w:r>
        <w:t>Students may borrow readers, workbooks and flash cards for one week. Write the item and the date in the borrowing log on the materials shelf, and check it back in when it returns. Kits, calculators and laptops stay at the center.</w:t>
      </w:r>
    </w:p>
    <w:p>
      <w:r>
        <w:t>Weekly schedule</w:t>
      </w:r>
    </w:p>
    <w:p>
      <w:r>
        <w:t>The schedule below runs from September 14 to December 18. Rooms may change during school holidays; the coordinator will email everyone at least one week ahead.</w:t>
      </w:r>
    </w:p>
    <w:p>
      <w:r>
        <w:t>Day</w:t>
        <w:tab/>
        <w:t>Time</w:t>
        <w:tab/>
        <w:t>Subject</w:t>
        <w:tab/>
        <w:t>Room</w:t>
        <w:tab/>
        <w:t>Lead volunteer</w:t>
      </w:r>
    </w:p>
    <w:p>
      <w:r>
        <w:t>Monday</w:t>
        <w:tab/>
        <w:t>3:30 to 4:30</w:t>
        <w:tab/>
        <w:t>Math, grades 3 to 5</w:t>
        <w:tab/>
        <w:t>104</w:t>
        <w:tab/>
        <w:t>Daniel Park</w:t>
      </w:r>
    </w:p>
    <w:p>
      <w:r>
        <w:t>Monday</w:t>
        <w:tab/>
        <w:t>4:45 to 5:45</w:t>
        <w:tab/>
        <w:t>Algebra and geometry</w:t>
        <w:tab/>
        <w:t>104</w:t>
        <w:tab/>
        <w:t>Sofia Rivera</w:t>
      </w:r>
    </w:p>
    <w:p>
      <w:r>
        <w:t>Monday</w:t>
        <w:tab/>
        <w:t>4:45 to 5:45</w:t>
        <w:tab/>
        <w:t>Writing</w:t>
        <w:tab/>
        <w:t>Library</w:t>
        <w:tab/>
        <w:t>Grace Yoon</w:t>
      </w:r>
    </w:p>
    <w:p>
      <w:r>
        <w:t>Tuesday</w:t>
        <w:tab/>
        <w:t>3:30 to 4:30</w:t>
        <w:tab/>
        <w:t>Reading, grades 3 to 5</w:t>
        <w:tab/>
        <w:t>Library</w:t>
        <w:tab/>
        <w:t>Minji Kim</w:t>
      </w:r>
    </w:p>
    <w:p>
      <w:r>
        <w:t>Tuesday</w:t>
        <w:tab/>
        <w:t>4:45 to 5:45</w:t>
        <w:tab/>
        <w:t>Reading, grades 6 to 8</w:t>
        <w:tab/>
        <w:t>Library</w:t>
        <w:tab/>
        <w:t>Minji Kim</w:t>
      </w:r>
    </w:p>
    <w:p>
      <w:r>
        <w:t>Tuesday</w:t>
        <w:tab/>
        <w:t>4:45 to 5:45</w:t>
        <w:tab/>
        <w:t>Spanish</w:t>
        <w:tab/>
        <w:t>105</w:t>
        <w:tab/>
        <w:t>Carlos Mendez</w:t>
      </w:r>
    </w:p>
    <w:p>
      <w:r>
        <w:t>Wednesday</w:t>
        <w:tab/>
        <w:t>3:30 to 4:30</w:t>
        <w:tab/>
        <w:t>Science, grades 3 to 5</w:t>
        <w:tab/>
        <w:t>106</w:t>
        <w:tab/>
        <w:t>Ana Lopez</w:t>
      </w:r>
    </w:p>
    <w:p>
      <w:r>
        <w:t>Wednesday</w:t>
        <w:tab/>
        <w:t>4:00 to 5:00</w:t>
        <w:tab/>
        <w:t>Science, grades 6 to 8</w:t>
        <w:tab/>
        <w:t>106</w:t>
        <w:tab/>
        <w:t>Ana Lopez</w:t>
      </w:r>
    </w:p>
    <w:p>
      <w:r>
        <w:t>Wednesday</w:t>
        <w:tab/>
        <w:t>5:00 to 6:00</w:t>
        <w:tab/>
        <w:t>Biology and chemistry</w:t>
        <w:tab/>
        <w:t>106</w:t>
        <w:tab/>
        <w:t>Joon Lee</w:t>
      </w:r>
    </w:p>
    <w:p>
      <w:r>
        <w:t>Thursday</w:t>
        <w:tab/>
        <w:t>3:30 to 4:30</w:t>
        <w:tab/>
        <w:t>Math, grades 6 to 8</w:t>
        <w:tab/>
        <w:t>104</w:t>
        <w:tab/>
        <w:t>Daniel Park</w:t>
      </w:r>
    </w:p>
    <w:p>
      <w:r>
        <w:t>Thursday</w:t>
        <w:tab/>
        <w:t>4:45 to 5:45</w:t>
        <w:tab/>
        <w:t>Korean</w:t>
        <w:tab/>
        <w:t>105</w:t>
        <w:tab/>
        <w:t>Hana Choi</w:t>
      </w:r>
    </w:p>
    <w:p>
      <w:r>
        <w:t>Thursday</w:t>
        <w:tab/>
        <w:t>4:45 to 5:45</w:t>
        <w:tab/>
        <w:t>Computer skills</w:t>
        <w:tab/>
        <w:t>106</w:t>
        <w:tab/>
        <w:t>Ethan Brooks</w:t>
      </w:r>
    </w:p>
    <w:p>
      <w:r>
        <w:t>Friday</w:t>
        <w:tab/>
        <w:t>3:30 to 4:30</w:t>
        <w:tab/>
        <w:t>Homework help, all grades</w:t>
        <w:tab/>
        <w:t>Library</w:t>
        <w:tab/>
        <w:t>Rotating</w:t>
      </w:r>
    </w:p>
    <w:p>
      <w:r>
        <w:t>Friday</w:t>
        <w:tab/>
        <w:t>4:45 to 5:45</w:t>
        <w:tab/>
        <w:t>SAT and ACT prep</w:t>
        <w:tab/>
        <w:t>104</w:t>
        <w:tab/>
        <w:t>Sofia Rivera</w:t>
      </w:r>
    </w:p>
    <w:p>
      <w:r>
        <w:t>Frequently asked questions</w:t>
      </w:r>
    </w:p>
    <w:p>
      <w:r>
        <w:t>Is tutoring really free?</w:t>
      </w:r>
    </w:p>
    <w:p>
      <w:r>
        <w:t>Yes. The club is run by volunteers and supported by the community center, so every session is free.</w:t>
      </w:r>
    </w:p>
    <w:p>
      <w:r>
        <w:t>How do we sign up?</w:t>
      </w:r>
    </w:p>
    <w:p>
      <w:r>
        <w:t>Fill in the sign-up sheet at the front desk or email the coordinator. We match each student with a volunteer within two weeks.</w:t>
      </w:r>
    </w:p>
    <w:p>
      <w:r>
        <w:t>Can parents stay during the session?</w:t>
      </w:r>
    </w:p>
    <w:p>
      <w:r>
        <w:t>Yes, in the lobby. Rooms are for students and tutors so everyone can concentrate.</w:t>
      </w:r>
    </w:p>
    <w:p>
      <w:r>
        <w:t>What should my child bring?</w:t>
      </w:r>
    </w:p>
    <w:p>
      <w:r>
        <w:t>Homework, the school textbook if there is one, a pencil and a water bottle.</w:t>
      </w:r>
    </w:p>
    <w:p>
      <w:r>
        <w:t>What if we are late?</w:t>
      </w:r>
    </w:p>
    <w:p>
      <w:r>
        <w:t>Come in quietly and sign in. The session still ends on time so the next group can start.</w:t>
      </w:r>
    </w:p>
    <w:p>
      <w:r>
        <w:t>Can my child switch volunteers?</w:t>
      </w:r>
    </w:p>
    <w:p>
      <w:r>
        <w:t>Yes. Talk to the coordinator; there is no need to explain in front of the volunteer.</w:t>
      </w:r>
    </w:p>
    <w:p>
      <w:r>
        <w:t>Do volunteers get service hours?</w:t>
      </w:r>
    </w:p>
    <w:p>
      <w:r>
        <w:t>Yes. The coordinator signs service hour forms at the end of each month.</w:t>
      </w:r>
    </w:p>
    <w:p>
      <w:r>
        <w:t>What happens on snow days?</w:t>
      </w:r>
    </w:p>
    <w:p>
      <w:r>
        <w:t>If Fort Lee public schools close, the club closes too. We email everyone by noon.</w:t>
      </w:r>
    </w:p>
    <w:p>
      <w:r>
        <w:t>Contacts</w:t>
      </w:r>
    </w:p>
    <w:p>
      <w:r>
        <w:t>Contact the right person first and you will get an answer faster.</w:t>
      </w:r>
    </w:p>
    <w:p>
      <w:r>
        <w:t>Role, Name, Email, Phone</w:t>
      </w:r>
    </w:p>
    <w:p>
      <w:r>
        <w:t>Volunteer coordinator, Rachel Han, coordinator@tutoringclub.example.org, 201-555-0142</w:t>
      </w:r>
    </w:p>
    <w:p>
      <w:r>
        <w:t>Community center front desk, Staff on duty, frontdesk@tutoringclub.example.org, 201-555-0100</w:t>
      </w:r>
    </w:p>
    <w:p>
      <w:r>
        <w:t>Materials and borrowing, Grace Yoon, materials@tutoringclub.example.org, 201-555-0157</w:t>
      </w:r>
    </w:p>
    <w:p>
      <w:r>
        <w:t>Schedule changes, Daniel Park, schedule@tutoringclub.example.org, 201-555-0163</w:t>
      </w:r>
    </w:p>
    <w:p>
      <w:r>
        <w:t>[Picture idea, optional: map of the community center rooms. If you add it, caption it as Figure 3]</w:t>
      </w:r>
    </w:p>
    <w:p>
      <w:r>
        <w:t>Club contact block (format this once and save it as a Quick Part):</w:t>
      </w:r>
    </w:p>
    <w:p>
      <w:r>
        <w:t>Fort Lee Community Center Tutoring Club</w:t>
      </w:r>
    </w:p>
    <w:p>
      <w:r>
        <w:t>coordinator@tutoringclub.example.org  |  201-555-0142</w:t>
      </w:r>
    </w:p>
    <w:p>
      <w:r>
        <w:t>Sessions Monday to Friday, 3:30 to 6:00 pm</w:t>
      </w:r>
    </w:p>
    <w:p>
      <w:r>
        <w:t>Notes for your review partner (delete this part after the review round)</w:t>
      </w:r>
    </w:p>
    <w:p>
      <w:r>
        <w:t>1. Turn on Track Changes before you type anything.</w:t>
      </w:r>
    </w:p>
    <w:p>
      <w:r>
        <w:t>2. Read Session rules and Volunteer guide and fix any wording that is unclear.</w:t>
      </w:r>
    </w:p>
    <w:p>
      <w:r>
        <w:t>3. Check that every cross-reference jumps to the right table or figure.</w:t>
      </w:r>
    </w:p>
    <w:p>
      <w:r>
        <w:t>4. Check the schedule against the FAQ and Contacts, and leave a comment on anything that doesn't match.</w:t>
      </w:r>
    </w:p>
    <w:p>
      <w:r>
        <w:t>5. Leave at least two comments with questions instead of fixing everything yourself.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Tutoring Club Handbook (unformatted)</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