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2. Session rules</w:t>
      </w:r>
    </w:p>
    <w:p>
      <w:r>
        <w:rPr>
          <w:i/>
          <w:color w:val="7A7A7A"/>
        </w:rPr>
        <w:t>Draft by Ana Torres. Turn on Track Changes before you edit, and use comments for questions.</w:t>
      </w:r>
    </w:p>
    <w:p>
      <w:pPr>
        <w:pStyle w:val="Heading2"/>
      </w:pPr>
      <w:r>
        <w:t>Arriving</w:t>
      </w:r>
    </w:p>
    <w:p>
      <w:r>
        <w:t>Sessions start at 3:00 p.m. in Room 204 of the Fort Lee Community Center. Please arrive five minutes early so that everyone can start on time.</w:t>
      </w:r>
    </w:p>
    <w:p>
      <w:r>
        <w:t>Every student and tutor wears a name tag. Name tags are kept in the blue box by the door. Every student and tutor wears a name tag.</w:t>
      </w:r>
    </w:p>
    <w:p>
      <w:pPr>
        <w:pStyle w:val="Heading2"/>
      </w:pPr>
      <w:r>
        <w:t>During the session</w:t>
      </w:r>
    </w:p>
    <w:p>
      <w:pPr>
        <w:pStyle w:val="ListBullet"/>
      </w:pPr>
      <w:r>
        <w:t>Bring your homework, a school planner and something to write with.</w:t>
      </w:r>
    </w:p>
    <w:p>
      <w:pPr>
        <w:pStyle w:val="ListBullet"/>
      </w:pPr>
      <w:r>
        <w:t>Speak quietly. Other groups are working in the same room.</w:t>
      </w:r>
    </w:p>
    <w:p>
      <w:pPr>
        <w:pStyle w:val="ListBullet"/>
      </w:pPr>
      <w:r>
        <w:t>Ask your tutor before using the printer.</w:t>
      </w:r>
    </w:p>
    <w:p>
      <w:pPr>
        <w:pStyle w:val="ListBullet"/>
      </w:pPr>
      <w:r>
        <w:t>Laptops and tablets are for schoolwork only.</w:t>
      </w:r>
    </w:p>
    <w:p>
      <w:r>
        <w:t>Regular attendence matters. If you can't come, let the coordinator know by noon on the day of the session.</w:t>
      </w:r>
    </w:p>
    <w:p>
      <w:pPr>
        <w:pStyle w:val="Heading2"/>
      </w:pPr>
      <w:r>
        <w:t>Late pickup</w:t>
      </w:r>
    </w:p>
    <w:p>
      <w:r>
        <w:t>Sessions end at 5:00 p.m. At the end of each session, parents must sign out their child at the front desk. Students may not leave the building alone unless the front desk has a signed permission form.</w:t>
      </w:r>
    </w:p>
    <w:p>
      <w:r>
        <w:t>If no one has arrived by 5:15 p.m., the coordinator will call the emergency contact on the sign-up form.</w:t>
      </w:r>
    </w:p>
    <w:p>
      <w:pPr>
        <w:pStyle w:val="Heading2"/>
      </w:pPr>
      <w:r>
        <w:t>Snacks</w:t>
      </w:r>
    </w:p>
    <w:p>
      <w:r>
        <w:t>Water bottles are welcome. Please don't bring food with nuts, because some students have allergies. The club provides a small snack on Thursdays.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Chapter 2 · Session rules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Tutoring Handbook · DRAFT for review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Handbook - Session rules (review draft)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