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Tutoring Club</w:t>
      </w:r>
    </w:p>
    <w:p>
      <w:r>
        <w:rPr>
          <w:i/>
        </w:rPr>
        <w:t>Fort Lee Community Center · Room 204 · Tuesdays and Thursdays, 3:30 to 5:00 p.m.</w:t>
      </w:r>
    </w:p>
    <w:p>
      <w:r>
        <w:t>October 6, 2026</w:t>
      </w:r>
    </w:p>
    <w:p>
      <w:r>
        <w:t>Dear Kim family,</w:t>
      </w:r>
    </w:p>
    <w:p>
      <w:r>
        <w:t>Thank you for a great first month at the Tutoring Club at the Fort Lee Community Center. Daniel has finished every reading log so far, and his tutor says he asks the best questions in the group. Next month we will start a short unit on writing book reviews, so please help him pick a book he enjoys.</w:t>
      </w:r>
    </w:p>
    <w:p>
      <w:r>
        <w:t>If you have any questions about the Tutoring Club at the Fort Lee Community Center, please use the contact details below.</w:t>
      </w:r>
    </w:p>
    <w:p>
      <w:r>
        <w:t>Warm regards,</w:t>
      </w:r>
    </w:p>
    <w:p>
      <w:r>
        <w:rPr>
          <w:b/>
        </w:rPr>
        <w:t>Grace Lee</w:t>
      </w:r>
    </w:p>
    <w:p>
      <w:r>
        <w:t>Volunteer Coordinator, Tutoring Club</w:t>
      </w:r>
    </w:p>
    <w:p>
      <w:r>
        <w:t>Fort Lee Community Center</w:t>
      </w:r>
    </w:p>
    <w:p>
      <w:pPr>
        <w:pStyle w:val="Heading2"/>
      </w:pPr>
      <w:r>
        <w:t>Questions? Contact us</w:t>
      </w:r>
    </w:p>
    <w:tbl>
      <w:tblPr>
        <w:tblStyle w:val="TableGrid"/>
        <w:tblW w:type="auto" w:w="0"/>
        <w:tblLook w:firstColumn="1" w:firstRow="1" w:lastColumn="0" w:lastRow="0" w:noHBand="0" w:noVBand="1" w:val="04A0"/>
      </w:tblPr>
      <w:tblGrid>
        <w:gridCol w:w="4320"/>
        <w:gridCol w:w="4320"/>
      </w:tblGrid>
      <w:tr>
        <w:tc>
          <w:tcPr>
            <w:tcW w:type="dxa" w:w="4320"/>
          </w:tcPr>
          <w:p>
            <w:r>
              <w:rPr>
                <w:b/>
              </w:rPr>
              <w:t>Contact</w:t>
            </w:r>
          </w:p>
        </w:tc>
        <w:tc>
          <w:tcPr>
            <w:tcW w:type="dxa" w:w="4320"/>
          </w:tcPr>
          <w:p>
            <w:r>
              <w:rPr>
                <w:b/>
              </w:rPr>
              <w:t>Details</w:t>
            </w:r>
          </w:p>
        </w:tc>
      </w:tr>
      <w:tr>
        <w:tc>
          <w:tcPr>
            <w:tcW w:type="dxa" w:w="4320"/>
          </w:tcPr>
          <w:p>
            <w:r>
              <w:t>Phone</w:t>
            </w:r>
          </w:p>
        </w:tc>
        <w:tc>
          <w:tcPr>
            <w:tcW w:type="dxa" w:w="4320"/>
          </w:tcPr>
          <w:p>
            <w:r>
              <w:t>(201) 555-0148</w:t>
            </w:r>
          </w:p>
        </w:tc>
      </w:tr>
      <w:tr>
        <w:tc>
          <w:tcPr>
            <w:tcW w:type="dxa" w:w="4320"/>
          </w:tcPr>
          <w:p>
            <w:r>
              <w:t>Email</w:t>
            </w:r>
          </w:p>
        </w:tc>
        <w:tc>
          <w:tcPr>
            <w:tcW w:type="dxa" w:w="4320"/>
          </w:tcPr>
          <w:p>
            <w:r>
              <w:t>tutoring@example.org</w:t>
            </w:r>
          </w:p>
        </w:tc>
      </w:tr>
      <w:tr>
        <w:tc>
          <w:tcPr>
            <w:tcW w:type="dxa" w:w="4320"/>
          </w:tcPr>
          <w:p>
            <w:r>
              <w:t>Front desk hours</w:t>
            </w:r>
          </w:p>
        </w:tc>
        <w:tc>
          <w:tcPr>
            <w:tcW w:type="dxa" w:w="4320"/>
          </w:tcPr>
          <w:p>
            <w:r>
              <w:t>Monday to Friday, 2:00 to 6:00 p.m.</w:t>
            </w:r>
          </w:p>
        </w:tc>
      </w:tr>
    </w:tbl>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Tutoring Club · Fort Lee Community Center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Tutoring Club - Family Letter (practice)</dc:title>
  <dc:subject/>
  <dc:creator>ArumSoft Learning</dc:creator>
  <cp:keywords/>
  <dc:description>generated by python-docx</dc:description>
  <cp:lastModifiedBy/>
  <cp:revision>1</cp:revision>
  <dcterms:created xsi:type="dcterms:W3CDTF">2013-12-23T23:15:00Z</dcterms:created>
  <dcterms:modified xsi:type="dcterms:W3CDTF">2013-12-23T23:15:00Z</dcterms:modified>
  <cp:category/>
</cp:coreProperties>
</file>