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Appendix: Volunteer roster</w:t>
      </w:r>
    </w:p>
    <w:p>
      <w:r>
        <w:rPr>
          <w:i/>
          <w:color w:val="7A7A7A"/>
        </w:rPr>
        <w:t>Fall 2026. Fix this table: repeat the header row, keep rows together, fit the column widths, sort by day and name, and give it a light style.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b/>
              </w:rPr>
              <w:t>Name</w:t>
            </w:r>
          </w:p>
        </w:tc>
        <w:tc>
          <w:tcPr>
            <w:tcW w:type="dxa" w:w="1234"/>
          </w:tcPr>
          <w:p>
            <w:r>
              <w:rPr>
                <w:b/>
              </w:rPr>
              <w:t>Day</w:t>
            </w:r>
          </w:p>
        </w:tc>
        <w:tc>
          <w:tcPr>
            <w:tcW w:type="dxa" w:w="1234"/>
          </w:tcPr>
          <w:p>
            <w:r>
              <w:rPr>
                <w:b/>
              </w:rPr>
              <w:t>Subject</w:t>
            </w:r>
          </w:p>
        </w:tc>
        <w:tc>
          <w:tcPr>
            <w:tcW w:type="dxa" w:w="1234"/>
          </w:tcPr>
          <w:p>
            <w:r>
              <w:rPr>
                <w:b/>
              </w:rPr>
              <w:t>Phone</w:t>
            </w:r>
          </w:p>
        </w:tc>
        <w:tc>
          <w:tcPr>
            <w:tcW w:type="dxa" w:w="1234"/>
          </w:tcPr>
          <w:p>
            <w:r>
              <w:rPr>
                <w:b/>
              </w:rPr>
              <w:t>Start date</w:t>
            </w:r>
          </w:p>
        </w:tc>
        <w:tc>
          <w:tcPr>
            <w:tcW w:type="dxa" w:w="1234"/>
          </w:tcPr>
          <w:p>
            <w:r>
              <w:rPr>
                <w:b/>
              </w:rPr>
              <w:t>Hours</w:t>
            </w:r>
          </w:p>
        </w:tc>
        <w:tc>
          <w:tcPr>
            <w:tcW w:type="dxa" w:w="1234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1234"/>
          </w:tcPr>
          <w:p>
            <w:r>
              <w:t>Leo Ramirez</w:t>
            </w:r>
          </w:p>
        </w:tc>
        <w:tc>
          <w:tcPr>
            <w:tcW w:type="dxa" w:w="1234"/>
          </w:tcPr>
          <w:p>
            <w:r>
              <w:t>Thursday</w:t>
            </w:r>
          </w:p>
        </w:tc>
        <w:tc>
          <w:tcPr>
            <w:tcW w:type="dxa" w:w="1234"/>
          </w:tcPr>
          <w:p>
            <w:r>
              <w:t>Korean</w:t>
            </w:r>
          </w:p>
        </w:tc>
        <w:tc>
          <w:tcPr>
            <w:tcW w:type="dxa" w:w="1234"/>
          </w:tcPr>
          <w:p>
            <w:r>
              <w:t>201-555-0105</w:t>
            </w:r>
          </w:p>
        </w:tc>
        <w:tc>
          <w:tcPr>
            <w:tcW w:type="dxa" w:w="1234"/>
          </w:tcPr>
          <w:p>
            <w:r>
              <w:t>2026-10-09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>
              <w:t>Prefers younger students (grades 3 to 5)</w:t>
            </w:r>
          </w:p>
        </w:tc>
      </w:tr>
      <w:tr>
        <w:tc>
          <w:tcPr>
            <w:tcW w:type="dxa" w:w="1234"/>
          </w:tcPr>
          <w:p>
            <w:r>
              <w:t>Sara Lee</w:t>
            </w:r>
          </w:p>
        </w:tc>
        <w:tc>
          <w:tcPr>
            <w:tcW w:type="dxa" w:w="1234"/>
          </w:tcPr>
          <w:p>
            <w:r>
              <w:t>Saturday</w:t>
            </w:r>
          </w:p>
        </w:tc>
        <w:tc>
          <w:tcPr>
            <w:tcW w:type="dxa" w:w="1234"/>
          </w:tcPr>
          <w:p>
            <w:r>
              <w:t>Science</w:t>
            </w:r>
          </w:p>
        </w:tc>
        <w:tc>
          <w:tcPr>
            <w:tcW w:type="dxa" w:w="1234"/>
          </w:tcPr>
          <w:p>
            <w:r>
              <w:t>201-555-0122</w:t>
            </w:r>
          </w:p>
        </w:tc>
        <w:tc>
          <w:tcPr>
            <w:tcW w:type="dxa" w:w="1234"/>
          </w:tcPr>
          <w:p>
            <w:r>
              <w:t>2026-11-20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New this term, paired with a returning tutor for the first two sessions</w:t>
            </w:r>
          </w:p>
        </w:tc>
      </w:tr>
      <w:tr>
        <w:tc>
          <w:tcPr>
            <w:tcW w:type="dxa" w:w="1234"/>
          </w:tcPr>
          <w:p>
            <w:r>
              <w:t>Sam Park</w:t>
            </w:r>
          </w:p>
        </w:tc>
        <w:tc>
          <w:tcPr>
            <w:tcW w:type="dxa" w:w="1234"/>
          </w:tcPr>
          <w:p>
            <w:r>
              <w:t>Tue/Thu</w:t>
            </w:r>
          </w:p>
        </w:tc>
        <w:tc>
          <w:tcPr>
            <w:tcW w:type="dxa" w:w="1234"/>
          </w:tcPr>
          <w:p>
            <w:r>
              <w:t>Test prep</w:t>
            </w:r>
          </w:p>
        </w:tc>
        <w:tc>
          <w:tcPr>
            <w:tcW w:type="dxa" w:w="1234"/>
          </w:tcPr>
          <w:p>
            <w:r>
              <w:t>201-555-0139</w:t>
            </w:r>
          </w:p>
        </w:tc>
        <w:tc>
          <w:tcPr>
            <w:tcW w:type="dxa" w:w="1234"/>
          </w:tcPr>
          <w:p>
            <w:r>
              <w:t>2026-12-04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Speaks Spanish with families at pickup</w:t>
            </w:r>
          </w:p>
        </w:tc>
      </w:tr>
      <w:tr>
        <w:tc>
          <w:tcPr>
            <w:tcW w:type="dxa" w:w="1234"/>
          </w:tcPr>
          <w:p>
            <w:r>
              <w:t>Ava Lee</w:t>
            </w:r>
          </w:p>
        </w:tc>
        <w:tc>
          <w:tcPr>
            <w:tcW w:type="dxa" w:w="1234"/>
          </w:tcPr>
          <w:p>
            <w:r>
              <w:t>Saturday</w:t>
            </w:r>
          </w:p>
        </w:tc>
        <w:tc>
          <w:tcPr>
            <w:tcW w:type="dxa" w:w="1234"/>
          </w:tcPr>
          <w:p>
            <w:r>
              <w:t>Spanish</w:t>
            </w:r>
          </w:p>
        </w:tc>
        <w:tc>
          <w:tcPr>
            <w:tcW w:type="dxa" w:w="1234"/>
          </w:tcPr>
          <w:p>
            <w:r>
              <w:t>201-555-0110</w:t>
            </w:r>
          </w:p>
        </w:tc>
        <w:tc>
          <w:tcPr>
            <w:tcW w:type="dxa" w:w="1234"/>
          </w:tcPr>
          <w:p>
            <w:r>
              <w:t>2026-11-17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Marcus Park</w:t>
            </w:r>
          </w:p>
        </w:tc>
        <w:tc>
          <w:tcPr>
            <w:tcW w:type="dxa" w:w="1234"/>
          </w:tcPr>
          <w:p>
            <w:r>
              <w:t>Tue/Thu</w:t>
            </w:r>
          </w:p>
        </w:tc>
        <w:tc>
          <w:tcPr>
            <w:tcW w:type="dxa" w:w="1234"/>
          </w:tcPr>
          <w:p>
            <w:r>
              <w:t>Reading</w:t>
            </w:r>
          </w:p>
        </w:tc>
        <w:tc>
          <w:tcPr>
            <w:tcW w:type="dxa" w:w="1234"/>
          </w:tcPr>
          <w:p>
            <w:r>
              <w:t>201-555-0127</w:t>
            </w:r>
          </w:p>
        </w:tc>
        <w:tc>
          <w:tcPr>
            <w:tcW w:type="dxa" w:w="1234"/>
          </w:tcPr>
          <w:p>
            <w:r>
              <w:t>2026-12-01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Away in December for exams; back on January 6</w:t>
            </w:r>
          </w:p>
        </w:tc>
      </w:tr>
      <w:tr>
        <w:tc>
          <w:tcPr>
            <w:tcW w:type="dxa" w:w="1234"/>
          </w:tcPr>
          <w:p>
            <w:r>
              <w:t>Isabel Garcia</w:t>
            </w:r>
          </w:p>
        </w:tc>
        <w:tc>
          <w:tcPr>
            <w:tcW w:type="dxa" w:w="1234"/>
          </w:tcPr>
          <w:p>
            <w:r>
              <w:t>Tuesday</w:t>
            </w:r>
          </w:p>
        </w:tc>
        <w:tc>
          <w:tcPr>
            <w:tcW w:type="dxa" w:w="1234"/>
          </w:tcPr>
          <w:p>
            <w:r>
              <w:t>Essay writing</w:t>
            </w:r>
          </w:p>
        </w:tc>
        <w:tc>
          <w:tcPr>
            <w:tcW w:type="dxa" w:w="1234"/>
          </w:tcPr>
          <w:p>
            <w:r>
              <w:t>201-555-0144</w:t>
            </w:r>
          </w:p>
        </w:tc>
        <w:tc>
          <w:tcPr>
            <w:tcW w:type="dxa" w:w="1234"/>
          </w:tcPr>
          <w:p>
            <w:r>
              <w:t>2026-09-12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Sam Brown</w:t>
            </w:r>
          </w:p>
        </w:tc>
        <w:tc>
          <w:tcPr>
            <w:tcW w:type="dxa" w:w="1234"/>
          </w:tcPr>
          <w:p>
            <w:r>
              <w:t>Tue/Thu</w:t>
            </w:r>
          </w:p>
        </w:tc>
        <w:tc>
          <w:tcPr>
            <w:tcW w:type="dxa" w:w="1234"/>
          </w:tcPr>
          <w:p>
            <w:r>
              <w:t>Test prep</w:t>
            </w:r>
          </w:p>
        </w:tc>
        <w:tc>
          <w:tcPr>
            <w:tcW w:type="dxa" w:w="1234"/>
          </w:tcPr>
          <w:p>
            <w:r>
              <w:t>201-555-0115</w:t>
            </w:r>
          </w:p>
        </w:tc>
        <w:tc>
          <w:tcPr>
            <w:tcW w:type="dxa" w:w="1234"/>
          </w:tcPr>
          <w:p>
            <w:r>
              <w:t>2026-12-25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Prefers younger students (grades 3 to 5)</w:t>
            </w:r>
          </w:p>
        </w:tc>
      </w:tr>
      <w:tr>
        <w:tc>
          <w:tcPr>
            <w:tcW w:type="dxa" w:w="1234"/>
          </w:tcPr>
          <w:p>
            <w:r>
              <w:t>Mina Garcia</w:t>
            </w:r>
          </w:p>
        </w:tc>
        <w:tc>
          <w:tcPr>
            <w:tcW w:type="dxa" w:w="1234"/>
          </w:tcPr>
          <w:p>
            <w:r>
              <w:t>Tuesday</w:t>
            </w:r>
          </w:p>
        </w:tc>
        <w:tc>
          <w:tcPr>
            <w:tcW w:type="dxa" w:w="1234"/>
          </w:tcPr>
          <w:p>
            <w:r>
              <w:t>Math</w:t>
            </w:r>
          </w:p>
        </w:tc>
        <w:tc>
          <w:tcPr>
            <w:tcW w:type="dxa" w:w="1234"/>
          </w:tcPr>
          <w:p>
            <w:r>
              <w:t>201-555-0132</w:t>
            </w:r>
          </w:p>
        </w:tc>
        <w:tc>
          <w:tcPr>
            <w:tcW w:type="dxa" w:w="1234"/>
          </w:tcPr>
          <w:p>
            <w:r>
              <w:t>2026-09-09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>
              <w:t>New this term, paired with a returning tutor for the first two sessions</w:t>
            </w:r>
          </w:p>
        </w:tc>
      </w:tr>
      <w:tr>
        <w:tc>
          <w:tcPr>
            <w:tcW w:type="dxa" w:w="1234"/>
          </w:tcPr>
          <w:p>
            <w:r>
              <w:t>Marcus Brown</w:t>
            </w:r>
          </w:p>
        </w:tc>
        <w:tc>
          <w:tcPr>
            <w:tcW w:type="dxa" w:w="1234"/>
          </w:tcPr>
          <w:p>
            <w:r>
              <w:t>Tue/Thu</w:t>
            </w:r>
          </w:p>
        </w:tc>
        <w:tc>
          <w:tcPr>
            <w:tcW w:type="dxa" w:w="1234"/>
          </w:tcPr>
          <w:p>
            <w:r>
              <w:t>Reading</w:t>
            </w:r>
          </w:p>
        </w:tc>
        <w:tc>
          <w:tcPr>
            <w:tcW w:type="dxa" w:w="1234"/>
          </w:tcPr>
          <w:p>
            <w:r>
              <w:t>201-555-0103</w:t>
            </w:r>
          </w:p>
        </w:tc>
        <w:tc>
          <w:tcPr>
            <w:tcW w:type="dxa" w:w="1234"/>
          </w:tcPr>
          <w:p>
            <w:r>
              <w:t>2026-12-22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Can also cover Saturday test prep when someone is away</w:t>
            </w:r>
          </w:p>
        </w:tc>
      </w:tr>
      <w:tr>
        <w:tc>
          <w:tcPr>
            <w:tcW w:type="dxa" w:w="1234"/>
          </w:tcPr>
          <w:p>
            <w:r>
              <w:t>Isabel Park</w:t>
            </w:r>
          </w:p>
        </w:tc>
        <w:tc>
          <w:tcPr>
            <w:tcW w:type="dxa" w:w="1234"/>
          </w:tcPr>
          <w:p>
            <w:r>
              <w:t>Tuesday</w:t>
            </w:r>
          </w:p>
        </w:tc>
        <w:tc>
          <w:tcPr>
            <w:tcW w:type="dxa" w:w="1234"/>
          </w:tcPr>
          <w:p>
            <w:r>
              <w:t>Essay writing</w:t>
            </w:r>
          </w:p>
        </w:tc>
        <w:tc>
          <w:tcPr>
            <w:tcW w:type="dxa" w:w="1234"/>
          </w:tcPr>
          <w:p>
            <w:r>
              <w:t>201-555-0120</w:t>
            </w:r>
          </w:p>
        </w:tc>
        <w:tc>
          <w:tcPr>
            <w:tcW w:type="dxa" w:w="1234"/>
          </w:tcPr>
          <w:p>
            <w:r>
              <w:t>2026-09-06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Ethan Patel</w:t>
            </w:r>
          </w:p>
        </w:tc>
        <w:tc>
          <w:tcPr>
            <w:tcW w:type="dxa" w:w="1234"/>
          </w:tcPr>
          <w:p>
            <w:r>
              <w:t>Thursday</w:t>
            </w:r>
          </w:p>
        </w:tc>
        <w:tc>
          <w:tcPr>
            <w:tcW w:type="dxa" w:w="1234"/>
          </w:tcPr>
          <w:p>
            <w:r>
              <w:t>Korean</w:t>
            </w:r>
          </w:p>
        </w:tc>
        <w:tc>
          <w:tcPr>
            <w:tcW w:type="dxa" w:w="1234"/>
          </w:tcPr>
          <w:p>
            <w:r>
              <w:t>201-555-0137</w:t>
            </w:r>
          </w:p>
        </w:tc>
        <w:tc>
          <w:tcPr>
            <w:tcW w:type="dxa" w:w="1234"/>
          </w:tcPr>
          <w:p>
            <w:r>
              <w:t>2026-10-17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Away in December for exams; back on January 6</w:t>
            </w:r>
          </w:p>
        </w:tc>
      </w:tr>
      <w:tr>
        <w:tc>
          <w:tcPr>
            <w:tcW w:type="dxa" w:w="1234"/>
          </w:tcPr>
          <w:p>
            <w:r>
              <w:t>Mina Park</w:t>
            </w:r>
          </w:p>
        </w:tc>
        <w:tc>
          <w:tcPr>
            <w:tcW w:type="dxa" w:w="1234"/>
          </w:tcPr>
          <w:p>
            <w:r>
              <w:t>Tuesday</w:t>
            </w:r>
          </w:p>
        </w:tc>
        <w:tc>
          <w:tcPr>
            <w:tcW w:type="dxa" w:w="1234"/>
          </w:tcPr>
          <w:p>
            <w:r>
              <w:t>Math</w:t>
            </w:r>
          </w:p>
        </w:tc>
        <w:tc>
          <w:tcPr>
            <w:tcW w:type="dxa" w:w="1234"/>
          </w:tcPr>
          <w:p>
            <w:r>
              <w:t>201-555-0108</w:t>
            </w:r>
          </w:p>
        </w:tc>
        <w:tc>
          <w:tcPr>
            <w:tcW w:type="dxa" w:w="1234"/>
          </w:tcPr>
          <w:p>
            <w:r>
              <w:t>2026-09-03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Sofia Patel</w:t>
            </w:r>
          </w:p>
        </w:tc>
        <w:tc>
          <w:tcPr>
            <w:tcW w:type="dxa" w:w="1234"/>
          </w:tcPr>
          <w:p>
            <w:r>
              <w:t>Thursday</w:t>
            </w:r>
          </w:p>
        </w:tc>
        <w:tc>
          <w:tcPr>
            <w:tcW w:type="dxa" w:w="1234"/>
          </w:tcPr>
          <w:p>
            <w:r>
              <w:t>Homework help</w:t>
            </w:r>
          </w:p>
        </w:tc>
        <w:tc>
          <w:tcPr>
            <w:tcW w:type="dxa" w:w="1234"/>
          </w:tcPr>
          <w:p>
            <w:r>
              <w:t>201-555-0125</w:t>
            </w:r>
          </w:p>
        </w:tc>
        <w:tc>
          <w:tcPr>
            <w:tcW w:type="dxa" w:w="1234"/>
          </w:tcPr>
          <w:p>
            <w:r>
              <w:t>2026-10-14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Prefers younger students (grades 3 to 5)</w:t>
            </w:r>
          </w:p>
        </w:tc>
      </w:tr>
      <w:tr>
        <w:tc>
          <w:tcPr>
            <w:tcW w:type="dxa" w:w="1234"/>
          </w:tcPr>
          <w:p>
            <w:r>
              <w:t>Chloe Chen</w:t>
            </w:r>
          </w:p>
        </w:tc>
        <w:tc>
          <w:tcPr>
            <w:tcW w:type="dxa" w:w="1234"/>
          </w:tcPr>
          <w:p>
            <w:r>
              <w:t>Saturday</w:t>
            </w:r>
          </w:p>
        </w:tc>
        <w:tc>
          <w:tcPr>
            <w:tcW w:type="dxa" w:w="1234"/>
          </w:tcPr>
          <w:p>
            <w:r>
              <w:t>Spanish</w:t>
            </w:r>
          </w:p>
        </w:tc>
        <w:tc>
          <w:tcPr>
            <w:tcW w:type="dxa" w:w="1234"/>
          </w:tcPr>
          <w:p>
            <w:r>
              <w:t>201-555-0142</w:t>
            </w:r>
          </w:p>
        </w:tc>
        <w:tc>
          <w:tcPr>
            <w:tcW w:type="dxa" w:w="1234"/>
          </w:tcPr>
          <w:p>
            <w:r>
              <w:t>2026-11-25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New this term, paired with a returning tutor for the first two sessions</w:t>
            </w:r>
          </w:p>
        </w:tc>
      </w:tr>
      <w:tr>
        <w:tc>
          <w:tcPr>
            <w:tcW w:type="dxa" w:w="1234"/>
          </w:tcPr>
          <w:p>
            <w:r>
              <w:t>Ethan Garcia</w:t>
            </w:r>
          </w:p>
        </w:tc>
        <w:tc>
          <w:tcPr>
            <w:tcW w:type="dxa" w:w="1234"/>
          </w:tcPr>
          <w:p>
            <w:r>
              <w:t>Thursday</w:t>
            </w:r>
          </w:p>
        </w:tc>
        <w:tc>
          <w:tcPr>
            <w:tcW w:type="dxa" w:w="1234"/>
          </w:tcPr>
          <w:p>
            <w:r>
              <w:t>Korean</w:t>
            </w:r>
          </w:p>
        </w:tc>
        <w:tc>
          <w:tcPr>
            <w:tcW w:type="dxa" w:w="1234"/>
          </w:tcPr>
          <w:p>
            <w:r>
              <w:t>201-555-0113</w:t>
            </w:r>
          </w:p>
        </w:tc>
        <w:tc>
          <w:tcPr>
            <w:tcW w:type="dxa" w:w="1234"/>
          </w:tcPr>
          <w:p>
            <w:r>
              <w:t>2026-10-11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Can also cover Saturday test prep when someone is away</w:t>
            </w:r>
          </w:p>
        </w:tc>
      </w:tr>
      <w:tr>
        <w:tc>
          <w:tcPr>
            <w:tcW w:type="dxa" w:w="1234"/>
          </w:tcPr>
          <w:p>
            <w:r>
              <w:t>Priya Chen</w:t>
            </w:r>
          </w:p>
        </w:tc>
        <w:tc>
          <w:tcPr>
            <w:tcW w:type="dxa" w:w="1234"/>
          </w:tcPr>
          <w:p>
            <w:r>
              <w:t>Saturday</w:t>
            </w:r>
          </w:p>
        </w:tc>
        <w:tc>
          <w:tcPr>
            <w:tcW w:type="dxa" w:w="1234"/>
          </w:tcPr>
          <w:p>
            <w:r>
              <w:t>Science</w:t>
            </w:r>
          </w:p>
        </w:tc>
        <w:tc>
          <w:tcPr>
            <w:tcW w:type="dxa" w:w="1234"/>
          </w:tcPr>
          <w:p>
            <w:r>
              <w:t>201-555-0130</w:t>
            </w:r>
          </w:p>
        </w:tc>
        <w:tc>
          <w:tcPr>
            <w:tcW w:type="dxa" w:w="1234"/>
          </w:tcPr>
          <w:p>
            <w:r>
              <w:t>2026-11-22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Sofia Garcia</w:t>
            </w:r>
          </w:p>
        </w:tc>
        <w:tc>
          <w:tcPr>
            <w:tcW w:type="dxa" w:w="1234"/>
          </w:tcPr>
          <w:p>
            <w:r>
              <w:t>Thursday</w:t>
            </w:r>
          </w:p>
        </w:tc>
        <w:tc>
          <w:tcPr>
            <w:tcW w:type="dxa" w:w="1234"/>
          </w:tcPr>
          <w:p>
            <w:r>
              <w:t>Homework help</w:t>
            </w:r>
          </w:p>
        </w:tc>
        <w:tc>
          <w:tcPr>
            <w:tcW w:type="dxa" w:w="1234"/>
          </w:tcPr>
          <w:p>
            <w:r>
              <w:t>201-555-0101</w:t>
            </w:r>
          </w:p>
        </w:tc>
        <w:tc>
          <w:tcPr>
            <w:tcW w:type="dxa" w:w="1234"/>
          </w:tcPr>
          <w:p>
            <w:r>
              <w:t>2026-10-08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Chloe Patel</w:t>
            </w:r>
          </w:p>
        </w:tc>
        <w:tc>
          <w:tcPr>
            <w:tcW w:type="dxa" w:w="1234"/>
          </w:tcPr>
          <w:p>
            <w:r>
              <w:t>Saturday</w:t>
            </w:r>
          </w:p>
        </w:tc>
        <w:tc>
          <w:tcPr>
            <w:tcW w:type="dxa" w:w="1234"/>
          </w:tcPr>
          <w:p>
            <w:r>
              <w:t>Spanish</w:t>
            </w:r>
          </w:p>
        </w:tc>
        <w:tc>
          <w:tcPr>
            <w:tcW w:type="dxa" w:w="1234"/>
          </w:tcPr>
          <w:p>
            <w:r>
              <w:t>201-555-0118</w:t>
            </w:r>
          </w:p>
        </w:tc>
        <w:tc>
          <w:tcPr>
            <w:tcW w:type="dxa" w:w="1234"/>
          </w:tcPr>
          <w:p>
            <w:r>
              <w:t>2026-11-19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Jun Choi</w:t>
            </w:r>
          </w:p>
        </w:tc>
        <w:tc>
          <w:tcPr>
            <w:tcW w:type="dxa" w:w="1234"/>
          </w:tcPr>
          <w:p>
            <w:r>
              <w:t>Tue/Thu</w:t>
            </w:r>
          </w:p>
        </w:tc>
        <w:tc>
          <w:tcPr>
            <w:tcW w:type="dxa" w:w="1234"/>
          </w:tcPr>
          <w:p>
            <w:r>
              <w:t>Reading</w:t>
            </w:r>
          </w:p>
        </w:tc>
        <w:tc>
          <w:tcPr>
            <w:tcW w:type="dxa" w:w="1234"/>
          </w:tcPr>
          <w:p>
            <w:r>
              <w:t>201-555-0135</w:t>
            </w:r>
          </w:p>
        </w:tc>
        <w:tc>
          <w:tcPr>
            <w:tcW w:type="dxa" w:w="1234"/>
          </w:tcPr>
          <w:p>
            <w:r>
              <w:t>2026-12-03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>
              <w:t>Prefers younger students (grades 3 to 5)</w:t>
            </w:r>
          </w:p>
        </w:tc>
      </w:tr>
      <w:tr>
        <w:tc>
          <w:tcPr>
            <w:tcW w:type="dxa" w:w="1234"/>
          </w:tcPr>
          <w:p>
            <w:r>
              <w:t>Priya Patel</w:t>
            </w:r>
          </w:p>
        </w:tc>
        <w:tc>
          <w:tcPr>
            <w:tcW w:type="dxa" w:w="1234"/>
          </w:tcPr>
          <w:p>
            <w:r>
              <w:t>Saturday</w:t>
            </w:r>
          </w:p>
        </w:tc>
        <w:tc>
          <w:tcPr>
            <w:tcW w:type="dxa" w:w="1234"/>
          </w:tcPr>
          <w:p>
            <w:r>
              <w:t>Science</w:t>
            </w:r>
          </w:p>
        </w:tc>
        <w:tc>
          <w:tcPr>
            <w:tcW w:type="dxa" w:w="1234"/>
          </w:tcPr>
          <w:p>
            <w:r>
              <w:t>201-555-0106</w:t>
            </w:r>
          </w:p>
        </w:tc>
        <w:tc>
          <w:tcPr>
            <w:tcW w:type="dxa" w:w="1234"/>
          </w:tcPr>
          <w:p>
            <w:r>
              <w:t>2026-11-16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Theo Chen</w:t>
            </w:r>
          </w:p>
        </w:tc>
        <w:tc>
          <w:tcPr>
            <w:tcW w:type="dxa" w:w="1234"/>
          </w:tcPr>
          <w:p>
            <w:r>
              <w:t>Tue/Thu</w:t>
            </w:r>
          </w:p>
        </w:tc>
        <w:tc>
          <w:tcPr>
            <w:tcW w:type="dxa" w:w="1234"/>
          </w:tcPr>
          <w:p>
            <w:r>
              <w:t>Test prep</w:t>
            </w:r>
          </w:p>
        </w:tc>
        <w:tc>
          <w:tcPr>
            <w:tcW w:type="dxa" w:w="1234"/>
          </w:tcPr>
          <w:p>
            <w:r>
              <w:t>201-555-0123</w:t>
            </w:r>
          </w:p>
        </w:tc>
        <w:tc>
          <w:tcPr>
            <w:tcW w:type="dxa" w:w="1234"/>
          </w:tcPr>
          <w:p>
            <w:r>
              <w:t>2026-12-27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>
              <w:t>Can also cover Saturday test prep when someone is away</w:t>
            </w:r>
          </w:p>
        </w:tc>
      </w:tr>
      <w:tr>
        <w:tc>
          <w:tcPr>
            <w:tcW w:type="dxa" w:w="1234"/>
          </w:tcPr>
          <w:p>
            <w:r>
              <w:t>Yuna Lopez</w:t>
            </w:r>
          </w:p>
        </w:tc>
        <w:tc>
          <w:tcPr>
            <w:tcW w:type="dxa" w:w="1234"/>
          </w:tcPr>
          <w:p>
            <w:r>
              <w:t>Tuesday</w:t>
            </w:r>
          </w:p>
        </w:tc>
        <w:tc>
          <w:tcPr>
            <w:tcW w:type="dxa" w:w="1234"/>
          </w:tcPr>
          <w:p>
            <w:r>
              <w:t>Math</w:t>
            </w:r>
          </w:p>
        </w:tc>
        <w:tc>
          <w:tcPr>
            <w:tcW w:type="dxa" w:w="1234"/>
          </w:tcPr>
          <w:p>
            <w:r>
              <w:t>201-555-0140</w:t>
            </w:r>
          </w:p>
        </w:tc>
        <w:tc>
          <w:tcPr>
            <w:tcW w:type="dxa" w:w="1234"/>
          </w:tcPr>
          <w:p>
            <w:r>
              <w:t>2026-09-11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Jun Chen</w:t>
            </w:r>
          </w:p>
        </w:tc>
        <w:tc>
          <w:tcPr>
            <w:tcW w:type="dxa" w:w="1234"/>
          </w:tcPr>
          <w:p>
            <w:r>
              <w:t>Tue/Thu</w:t>
            </w:r>
          </w:p>
        </w:tc>
        <w:tc>
          <w:tcPr>
            <w:tcW w:type="dxa" w:w="1234"/>
          </w:tcPr>
          <w:p>
            <w:r>
              <w:t>Reading</w:t>
            </w:r>
          </w:p>
        </w:tc>
        <w:tc>
          <w:tcPr>
            <w:tcW w:type="dxa" w:w="1234"/>
          </w:tcPr>
          <w:p>
            <w:r>
              <w:t>201-555-0111</w:t>
            </w:r>
          </w:p>
        </w:tc>
        <w:tc>
          <w:tcPr>
            <w:tcW w:type="dxa" w:w="1234"/>
          </w:tcPr>
          <w:p>
            <w:r>
              <w:t>2026-12-24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Hana Lopez</w:t>
            </w:r>
          </w:p>
        </w:tc>
        <w:tc>
          <w:tcPr>
            <w:tcW w:type="dxa" w:w="1234"/>
          </w:tcPr>
          <w:p>
            <w:r>
              <w:t>Tuesday</w:t>
            </w:r>
          </w:p>
        </w:tc>
        <w:tc>
          <w:tcPr>
            <w:tcW w:type="dxa" w:w="1234"/>
          </w:tcPr>
          <w:p>
            <w:r>
              <w:t>Essay writing</w:t>
            </w:r>
          </w:p>
        </w:tc>
        <w:tc>
          <w:tcPr>
            <w:tcW w:type="dxa" w:w="1234"/>
          </w:tcPr>
          <w:p>
            <w:r>
              <w:t>201-555-0128</w:t>
            </w:r>
          </w:p>
        </w:tc>
        <w:tc>
          <w:tcPr>
            <w:tcW w:type="dxa" w:w="1234"/>
          </w:tcPr>
          <w:p>
            <w:r>
              <w:t>2026-09-08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Ryan Nguyen</w:t>
            </w:r>
          </w:p>
        </w:tc>
        <w:tc>
          <w:tcPr>
            <w:tcW w:type="dxa" w:w="1234"/>
          </w:tcPr>
          <w:p>
            <w:r>
              <w:t>Thursday</w:t>
            </w:r>
          </w:p>
        </w:tc>
        <w:tc>
          <w:tcPr>
            <w:tcW w:type="dxa" w:w="1234"/>
          </w:tcPr>
          <w:p>
            <w:r>
              <w:t>Korean</w:t>
            </w:r>
          </w:p>
        </w:tc>
        <w:tc>
          <w:tcPr>
            <w:tcW w:type="dxa" w:w="1234"/>
          </w:tcPr>
          <w:p>
            <w:r>
              <w:t>201-555-0145</w:t>
            </w:r>
          </w:p>
        </w:tc>
        <w:tc>
          <w:tcPr>
            <w:tcW w:type="dxa" w:w="1234"/>
          </w:tcPr>
          <w:p>
            <w:r>
              <w:t>2026-10-19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Prefers younger students (grades 3 to 5)</w:t>
            </w:r>
          </w:p>
        </w:tc>
      </w:tr>
      <w:tr>
        <w:tc>
          <w:tcPr>
            <w:tcW w:type="dxa" w:w="1234"/>
          </w:tcPr>
          <w:p>
            <w:r>
              <w:t>Yuna Choi</w:t>
            </w:r>
          </w:p>
        </w:tc>
        <w:tc>
          <w:tcPr>
            <w:tcW w:type="dxa" w:w="1234"/>
          </w:tcPr>
          <w:p>
            <w:r>
              <w:t>Tuesday</w:t>
            </w:r>
          </w:p>
        </w:tc>
        <w:tc>
          <w:tcPr>
            <w:tcW w:type="dxa" w:w="1234"/>
          </w:tcPr>
          <w:p>
            <w:r>
              <w:t>Math</w:t>
            </w:r>
          </w:p>
        </w:tc>
        <w:tc>
          <w:tcPr>
            <w:tcW w:type="dxa" w:w="1234"/>
          </w:tcPr>
          <w:p>
            <w:r>
              <w:t>201-555-0116</w:t>
            </w:r>
          </w:p>
        </w:tc>
        <w:tc>
          <w:tcPr>
            <w:tcW w:type="dxa" w:w="1234"/>
          </w:tcPr>
          <w:p>
            <w:r>
              <w:t>2026-09-05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Carlos Nguyen</w:t>
            </w:r>
          </w:p>
        </w:tc>
        <w:tc>
          <w:tcPr>
            <w:tcW w:type="dxa" w:w="1234"/>
          </w:tcPr>
          <w:p>
            <w:r>
              <w:t>Thursday</w:t>
            </w:r>
          </w:p>
        </w:tc>
        <w:tc>
          <w:tcPr>
            <w:tcW w:type="dxa" w:w="1234"/>
          </w:tcPr>
          <w:p>
            <w:r>
              <w:t>Homework help</w:t>
            </w:r>
          </w:p>
        </w:tc>
        <w:tc>
          <w:tcPr>
            <w:tcW w:type="dxa" w:w="1234"/>
          </w:tcPr>
          <w:p>
            <w:r>
              <w:t>201-555-0133</w:t>
            </w:r>
          </w:p>
        </w:tc>
        <w:tc>
          <w:tcPr>
            <w:tcW w:type="dxa" w:w="1234"/>
          </w:tcPr>
          <w:p>
            <w:r>
              <w:t>2026-10-16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Can also cover Saturday test prep when someone is away</w:t>
            </w:r>
          </w:p>
        </w:tc>
      </w:tr>
      <w:tr>
        <w:tc>
          <w:tcPr>
            <w:tcW w:type="dxa" w:w="1234"/>
          </w:tcPr>
          <w:p>
            <w:r>
              <w:t>Hana Choi</w:t>
            </w:r>
          </w:p>
        </w:tc>
        <w:tc>
          <w:tcPr>
            <w:tcW w:type="dxa" w:w="1234"/>
          </w:tcPr>
          <w:p>
            <w:r>
              <w:t>Tuesday</w:t>
            </w:r>
          </w:p>
        </w:tc>
        <w:tc>
          <w:tcPr>
            <w:tcW w:type="dxa" w:w="1234"/>
          </w:tcPr>
          <w:p>
            <w:r>
              <w:t>Essay writing</w:t>
            </w:r>
          </w:p>
        </w:tc>
        <w:tc>
          <w:tcPr>
            <w:tcW w:type="dxa" w:w="1234"/>
          </w:tcPr>
          <w:p>
            <w:r>
              <w:t>201-555-0104</w:t>
            </w:r>
          </w:p>
        </w:tc>
        <w:tc>
          <w:tcPr>
            <w:tcW w:type="dxa" w:w="1234"/>
          </w:tcPr>
          <w:p>
            <w:r>
              <w:t>2026-09-02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Ryan Lopez</w:t>
            </w:r>
          </w:p>
        </w:tc>
        <w:tc>
          <w:tcPr>
            <w:tcW w:type="dxa" w:w="1234"/>
          </w:tcPr>
          <w:p>
            <w:r>
              <w:t>Thursday</w:t>
            </w:r>
          </w:p>
        </w:tc>
        <w:tc>
          <w:tcPr>
            <w:tcW w:type="dxa" w:w="1234"/>
          </w:tcPr>
          <w:p>
            <w:r>
              <w:t>Korean</w:t>
            </w:r>
          </w:p>
        </w:tc>
        <w:tc>
          <w:tcPr>
            <w:tcW w:type="dxa" w:w="1234"/>
          </w:tcPr>
          <w:p>
            <w:r>
              <w:t>201-555-0121</w:t>
            </w:r>
          </w:p>
        </w:tc>
        <w:tc>
          <w:tcPr>
            <w:tcW w:type="dxa" w:w="1234"/>
          </w:tcPr>
          <w:p>
            <w:r>
              <w:t>2026-10-13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Lucia Shah</w:t>
            </w:r>
          </w:p>
        </w:tc>
        <w:tc>
          <w:tcPr>
            <w:tcW w:type="dxa" w:w="1234"/>
          </w:tcPr>
          <w:p>
            <w:r>
              <w:t>Saturday</w:t>
            </w:r>
          </w:p>
        </w:tc>
        <w:tc>
          <w:tcPr>
            <w:tcW w:type="dxa" w:w="1234"/>
          </w:tcPr>
          <w:p>
            <w:r>
              <w:t>Science</w:t>
            </w:r>
          </w:p>
        </w:tc>
        <w:tc>
          <w:tcPr>
            <w:tcW w:type="dxa" w:w="1234"/>
          </w:tcPr>
          <w:p>
            <w:r>
              <w:t>201-555-0138</w:t>
            </w:r>
          </w:p>
        </w:tc>
        <w:tc>
          <w:tcPr>
            <w:tcW w:type="dxa" w:w="1234"/>
          </w:tcPr>
          <w:p>
            <w:r>
              <w:t>2026-11-24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Carlos Lopez</w:t>
            </w:r>
          </w:p>
        </w:tc>
        <w:tc>
          <w:tcPr>
            <w:tcW w:type="dxa" w:w="1234"/>
          </w:tcPr>
          <w:p>
            <w:r>
              <w:t>Thursday</w:t>
            </w:r>
          </w:p>
        </w:tc>
        <w:tc>
          <w:tcPr>
            <w:tcW w:type="dxa" w:w="1234"/>
          </w:tcPr>
          <w:p>
            <w:r>
              <w:t>Homework help</w:t>
            </w:r>
          </w:p>
        </w:tc>
        <w:tc>
          <w:tcPr>
            <w:tcW w:type="dxa" w:w="1234"/>
          </w:tcPr>
          <w:p>
            <w:r>
              <w:t>201-555-0109</w:t>
            </w:r>
          </w:p>
        </w:tc>
        <w:tc>
          <w:tcPr>
            <w:tcW w:type="dxa" w:w="1234"/>
          </w:tcPr>
          <w:p>
            <w:r>
              <w:t>2026-10-10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Speaks Spanish with families at pickup</w:t>
            </w:r>
          </w:p>
        </w:tc>
      </w:tr>
      <w:tr>
        <w:tc>
          <w:tcPr>
            <w:tcW w:type="dxa" w:w="1234"/>
          </w:tcPr>
          <w:p>
            <w:r>
              <w:t>Grace Shah</w:t>
            </w:r>
          </w:p>
        </w:tc>
        <w:tc>
          <w:tcPr>
            <w:tcW w:type="dxa" w:w="1234"/>
          </w:tcPr>
          <w:p>
            <w:r>
              <w:t>Saturday</w:t>
            </w:r>
          </w:p>
        </w:tc>
        <w:tc>
          <w:tcPr>
            <w:tcW w:type="dxa" w:w="1234"/>
          </w:tcPr>
          <w:p>
            <w:r>
              <w:t>Spanish</w:t>
            </w:r>
          </w:p>
        </w:tc>
        <w:tc>
          <w:tcPr>
            <w:tcW w:type="dxa" w:w="1234"/>
          </w:tcPr>
          <w:p>
            <w:r>
              <w:t>201-555-0126</w:t>
            </w:r>
          </w:p>
        </w:tc>
        <w:tc>
          <w:tcPr>
            <w:tcW w:type="dxa" w:w="1234"/>
          </w:tcPr>
          <w:p>
            <w:r>
              <w:t>2026-11-21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Ben Kim</w:t>
            </w:r>
          </w:p>
        </w:tc>
        <w:tc>
          <w:tcPr>
            <w:tcW w:type="dxa" w:w="1234"/>
          </w:tcPr>
          <w:p>
            <w:r>
              <w:t>Tue/Thu</w:t>
            </w:r>
          </w:p>
        </w:tc>
        <w:tc>
          <w:tcPr>
            <w:tcW w:type="dxa" w:w="1234"/>
          </w:tcPr>
          <w:p>
            <w:r>
              <w:t>Reading</w:t>
            </w:r>
          </w:p>
        </w:tc>
        <w:tc>
          <w:tcPr>
            <w:tcW w:type="dxa" w:w="1234"/>
          </w:tcPr>
          <w:p>
            <w:r>
              <w:t>201-555-0143</w:t>
            </w:r>
          </w:p>
        </w:tc>
        <w:tc>
          <w:tcPr>
            <w:tcW w:type="dxa" w:w="1234"/>
          </w:tcPr>
          <w:p>
            <w:r>
              <w:t>2026-12-05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Can also cover Saturday test prep when someone is away</w:t>
            </w:r>
          </w:p>
        </w:tc>
      </w:tr>
      <w:tr>
        <w:tc>
          <w:tcPr>
            <w:tcW w:type="dxa" w:w="1234"/>
          </w:tcPr>
          <w:p>
            <w:r>
              <w:t>Lucia Nguyen</w:t>
            </w:r>
          </w:p>
        </w:tc>
        <w:tc>
          <w:tcPr>
            <w:tcW w:type="dxa" w:w="1234"/>
          </w:tcPr>
          <w:p>
            <w:r>
              <w:t>Saturday</w:t>
            </w:r>
          </w:p>
        </w:tc>
        <w:tc>
          <w:tcPr>
            <w:tcW w:type="dxa" w:w="1234"/>
          </w:tcPr>
          <w:p>
            <w:r>
              <w:t>Science</w:t>
            </w:r>
          </w:p>
        </w:tc>
        <w:tc>
          <w:tcPr>
            <w:tcW w:type="dxa" w:w="1234"/>
          </w:tcPr>
          <w:p>
            <w:r>
              <w:t>201-555-0114</w:t>
            </w:r>
          </w:p>
        </w:tc>
        <w:tc>
          <w:tcPr>
            <w:tcW w:type="dxa" w:w="1234"/>
          </w:tcPr>
          <w:p>
            <w:r>
              <w:t>2026-11-18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Owen Kim</w:t>
            </w:r>
          </w:p>
        </w:tc>
        <w:tc>
          <w:tcPr>
            <w:tcW w:type="dxa" w:w="1234"/>
          </w:tcPr>
          <w:p>
            <w:r>
              <w:t>Tue/Thu</w:t>
            </w:r>
          </w:p>
        </w:tc>
        <w:tc>
          <w:tcPr>
            <w:tcW w:type="dxa" w:w="1234"/>
          </w:tcPr>
          <w:p>
            <w:r>
              <w:t>Test prep</w:t>
            </w:r>
          </w:p>
        </w:tc>
        <w:tc>
          <w:tcPr>
            <w:tcW w:type="dxa" w:w="1234"/>
          </w:tcPr>
          <w:p>
            <w:r>
              <w:t>201-555-0131</w:t>
            </w:r>
          </w:p>
        </w:tc>
        <w:tc>
          <w:tcPr>
            <w:tcW w:type="dxa" w:w="1234"/>
          </w:tcPr>
          <w:p>
            <w:r>
              <w:t>2026-12-02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Grace Nguyen</w:t>
            </w:r>
          </w:p>
        </w:tc>
        <w:tc>
          <w:tcPr>
            <w:tcW w:type="dxa" w:w="1234"/>
          </w:tcPr>
          <w:p>
            <w:r>
              <w:t>Saturday</w:t>
            </w:r>
          </w:p>
        </w:tc>
        <w:tc>
          <w:tcPr>
            <w:tcW w:type="dxa" w:w="1234"/>
          </w:tcPr>
          <w:p>
            <w:r>
              <w:t>Spanish</w:t>
            </w:r>
          </w:p>
        </w:tc>
        <w:tc>
          <w:tcPr>
            <w:tcW w:type="dxa" w:w="1234"/>
          </w:tcPr>
          <w:p>
            <w:r>
              <w:t>201-555-0102</w:t>
            </w:r>
          </w:p>
        </w:tc>
        <w:tc>
          <w:tcPr>
            <w:tcW w:type="dxa" w:w="1234"/>
          </w:tcPr>
          <w:p>
            <w:r>
              <w:t>2026-11-15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>
              <w:t>New this term, paired with a returning tutor for the first two sessions</w:t>
            </w:r>
          </w:p>
        </w:tc>
      </w:tr>
      <w:tr>
        <w:tc>
          <w:tcPr>
            <w:tcW w:type="dxa" w:w="1234"/>
          </w:tcPr>
          <w:p>
            <w:r>
              <w:t>Ben Shah</w:t>
            </w:r>
          </w:p>
        </w:tc>
        <w:tc>
          <w:tcPr>
            <w:tcW w:type="dxa" w:w="1234"/>
          </w:tcPr>
          <w:p>
            <w:r>
              <w:t>Tue/Thu</w:t>
            </w:r>
          </w:p>
        </w:tc>
        <w:tc>
          <w:tcPr>
            <w:tcW w:type="dxa" w:w="1234"/>
          </w:tcPr>
          <w:p>
            <w:r>
              <w:t>Reading</w:t>
            </w:r>
          </w:p>
        </w:tc>
        <w:tc>
          <w:tcPr>
            <w:tcW w:type="dxa" w:w="1234"/>
          </w:tcPr>
          <w:p>
            <w:r>
              <w:t>201-555-0119</w:t>
            </w:r>
          </w:p>
        </w:tc>
        <w:tc>
          <w:tcPr>
            <w:tcW w:type="dxa" w:w="1234"/>
          </w:tcPr>
          <w:p>
            <w:r>
              <w:t>2026-12-26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Speaks Spanish with families at pickup</w:t>
            </w:r>
          </w:p>
        </w:tc>
      </w:tr>
      <w:tr>
        <w:tc>
          <w:tcPr>
            <w:tcW w:type="dxa" w:w="1234"/>
          </w:tcPr>
          <w:p>
            <w:r>
              <w:t>Nora Ramirez</w:t>
            </w:r>
          </w:p>
        </w:tc>
        <w:tc>
          <w:tcPr>
            <w:tcW w:type="dxa" w:w="1234"/>
          </w:tcPr>
          <w:p>
            <w:r>
              <w:t>Tuesday</w:t>
            </w:r>
          </w:p>
        </w:tc>
        <w:tc>
          <w:tcPr>
            <w:tcW w:type="dxa" w:w="1234"/>
          </w:tcPr>
          <w:p>
            <w:r>
              <w:t>Essay writing</w:t>
            </w:r>
          </w:p>
        </w:tc>
        <w:tc>
          <w:tcPr>
            <w:tcW w:type="dxa" w:w="1234"/>
          </w:tcPr>
          <w:p>
            <w:r>
              <w:t>201-555-0136</w:t>
            </w:r>
          </w:p>
        </w:tc>
        <w:tc>
          <w:tcPr>
            <w:tcW w:type="dxa" w:w="1234"/>
          </w:tcPr>
          <w:p>
            <w:r>
              <w:t>2026-09-10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Owen Shah</w:t>
            </w:r>
          </w:p>
        </w:tc>
        <w:tc>
          <w:tcPr>
            <w:tcW w:type="dxa" w:w="1234"/>
          </w:tcPr>
          <w:p>
            <w:r>
              <w:t>Tue/Thu</w:t>
            </w:r>
          </w:p>
        </w:tc>
        <w:tc>
          <w:tcPr>
            <w:tcW w:type="dxa" w:w="1234"/>
          </w:tcPr>
          <w:p>
            <w:r>
              <w:t>Test prep</w:t>
            </w:r>
          </w:p>
        </w:tc>
        <w:tc>
          <w:tcPr>
            <w:tcW w:type="dxa" w:w="1234"/>
          </w:tcPr>
          <w:p>
            <w:r>
              <w:t>201-555-0107</w:t>
            </w:r>
          </w:p>
        </w:tc>
        <w:tc>
          <w:tcPr>
            <w:tcW w:type="dxa" w:w="1234"/>
          </w:tcPr>
          <w:p>
            <w:r>
              <w:t>2026-12-23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Away in December for exams; back on January 6</w:t>
            </w:r>
          </w:p>
        </w:tc>
      </w:tr>
      <w:tr>
        <w:tc>
          <w:tcPr>
            <w:tcW w:type="dxa" w:w="1234"/>
          </w:tcPr>
          <w:p>
            <w:r>
              <w:t>Daniel Ramirez</w:t>
            </w:r>
          </w:p>
        </w:tc>
        <w:tc>
          <w:tcPr>
            <w:tcW w:type="dxa" w:w="1234"/>
          </w:tcPr>
          <w:p>
            <w:r>
              <w:t>Tuesday</w:t>
            </w:r>
          </w:p>
        </w:tc>
        <w:tc>
          <w:tcPr>
            <w:tcW w:type="dxa" w:w="1234"/>
          </w:tcPr>
          <w:p>
            <w:r>
              <w:t>Math</w:t>
            </w:r>
          </w:p>
        </w:tc>
        <w:tc>
          <w:tcPr>
            <w:tcW w:type="dxa" w:w="1234"/>
          </w:tcPr>
          <w:p>
            <w:r>
              <w:t>201-555-0124</w:t>
            </w:r>
          </w:p>
        </w:tc>
        <w:tc>
          <w:tcPr>
            <w:tcW w:type="dxa" w:w="1234"/>
          </w:tcPr>
          <w:p>
            <w:r>
              <w:t>2026-09-07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Mateo Lee</w:t>
            </w:r>
          </w:p>
        </w:tc>
        <w:tc>
          <w:tcPr>
            <w:tcW w:type="dxa" w:w="1234"/>
          </w:tcPr>
          <w:p>
            <w:r>
              <w:t>Thursday</w:t>
            </w:r>
          </w:p>
        </w:tc>
        <w:tc>
          <w:tcPr>
            <w:tcW w:type="dxa" w:w="1234"/>
          </w:tcPr>
          <w:p>
            <w:r>
              <w:t>Homework help</w:t>
            </w:r>
          </w:p>
        </w:tc>
        <w:tc>
          <w:tcPr>
            <w:tcW w:type="dxa" w:w="1234"/>
          </w:tcPr>
          <w:p>
            <w:r>
              <w:t>201-555-0141</w:t>
            </w:r>
          </w:p>
        </w:tc>
        <w:tc>
          <w:tcPr>
            <w:tcW w:type="dxa" w:w="1234"/>
          </w:tcPr>
          <w:p>
            <w:r>
              <w:t>2026-10-18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Nora Kim</w:t>
            </w:r>
          </w:p>
        </w:tc>
        <w:tc>
          <w:tcPr>
            <w:tcW w:type="dxa" w:w="1234"/>
          </w:tcPr>
          <w:p>
            <w:r>
              <w:t>Tuesday</w:t>
            </w:r>
          </w:p>
        </w:tc>
        <w:tc>
          <w:tcPr>
            <w:tcW w:type="dxa" w:w="1234"/>
          </w:tcPr>
          <w:p>
            <w:r>
              <w:t>Essay writing</w:t>
            </w:r>
          </w:p>
        </w:tc>
        <w:tc>
          <w:tcPr>
            <w:tcW w:type="dxa" w:w="1234"/>
          </w:tcPr>
          <w:p>
            <w:r>
              <w:t>201-555-0112</w:t>
            </w:r>
          </w:p>
        </w:tc>
        <w:tc>
          <w:tcPr>
            <w:tcW w:type="dxa" w:w="1234"/>
          </w:tcPr>
          <w:p>
            <w:r>
              <w:t>2026-09-04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New this term, paired with a returning tutor for the first two sessions</w:t>
            </w:r>
          </w:p>
        </w:tc>
      </w:tr>
      <w:tr>
        <w:tc>
          <w:tcPr>
            <w:tcW w:type="dxa" w:w="1234"/>
          </w:tcPr>
          <w:p>
            <w:r>
              <w:t>Leo Lee</w:t>
            </w:r>
          </w:p>
        </w:tc>
        <w:tc>
          <w:tcPr>
            <w:tcW w:type="dxa" w:w="1234"/>
          </w:tcPr>
          <w:p>
            <w:r>
              <w:t>Thursday</w:t>
            </w:r>
          </w:p>
        </w:tc>
        <w:tc>
          <w:tcPr>
            <w:tcW w:type="dxa" w:w="1234"/>
          </w:tcPr>
          <w:p>
            <w:r>
              <w:t>Korean</w:t>
            </w:r>
          </w:p>
        </w:tc>
        <w:tc>
          <w:tcPr>
            <w:tcW w:type="dxa" w:w="1234"/>
          </w:tcPr>
          <w:p>
            <w:r>
              <w:t>201-555-0129</w:t>
            </w:r>
          </w:p>
        </w:tc>
        <w:tc>
          <w:tcPr>
            <w:tcW w:type="dxa" w:w="1234"/>
          </w:tcPr>
          <w:p>
            <w:r>
              <w:t>2026-10-15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>
              <w:t>Speaks Spanish with families at pickup</w:t>
            </w:r>
          </w:p>
        </w:tc>
      </w:tr>
      <w:tr>
        <w:tc>
          <w:tcPr>
            <w:tcW w:type="dxa" w:w="1234"/>
          </w:tcPr>
          <w:p>
            <w:r>
              <w:t>Daniel Kim</w:t>
            </w:r>
          </w:p>
        </w:tc>
        <w:tc>
          <w:tcPr>
            <w:tcW w:type="dxa" w:w="1234"/>
          </w:tcPr>
          <w:p>
            <w:r>
              <w:t>Tuesday</w:t>
            </w:r>
          </w:p>
        </w:tc>
        <w:tc>
          <w:tcPr>
            <w:tcW w:type="dxa" w:w="1234"/>
          </w:tcPr>
          <w:p>
            <w:r>
              <w:t>Math</w:t>
            </w:r>
          </w:p>
        </w:tc>
        <w:tc>
          <w:tcPr>
            <w:tcW w:type="dxa" w:w="1234"/>
          </w:tcPr>
          <w:p>
            <w:r>
              <w:t>201-555-0100</w:t>
            </w:r>
          </w:p>
        </w:tc>
        <w:tc>
          <w:tcPr>
            <w:tcW w:type="dxa" w:w="1234"/>
          </w:tcPr>
          <w:p>
            <w:r>
              <w:t>2026-09-01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Mateo Ramirez</w:t>
            </w:r>
          </w:p>
        </w:tc>
        <w:tc>
          <w:tcPr>
            <w:tcW w:type="dxa" w:w="1234"/>
          </w:tcPr>
          <w:p>
            <w:r>
              <w:t>Thursday</w:t>
            </w:r>
          </w:p>
        </w:tc>
        <w:tc>
          <w:tcPr>
            <w:tcW w:type="dxa" w:w="1234"/>
          </w:tcPr>
          <w:p>
            <w:r>
              <w:t>Homework help</w:t>
            </w:r>
          </w:p>
        </w:tc>
        <w:tc>
          <w:tcPr>
            <w:tcW w:type="dxa" w:w="1234"/>
          </w:tcPr>
          <w:p>
            <w:r>
              <w:t>201-555-0117</w:t>
            </w:r>
          </w:p>
        </w:tc>
        <w:tc>
          <w:tcPr>
            <w:tcW w:type="dxa" w:w="1234"/>
          </w:tcPr>
          <w:p>
            <w:r>
              <w:t>2026-10-12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>
              <w:t>Away in December for exams; back on January 6</w:t>
            </w:r>
          </w:p>
        </w:tc>
      </w:tr>
      <w:tr>
        <w:tc>
          <w:tcPr>
            <w:tcW w:type="dxa" w:w="1234"/>
          </w:tcPr>
          <w:p>
            <w:r>
              <w:t>Ava Brown</w:t>
            </w:r>
          </w:p>
        </w:tc>
        <w:tc>
          <w:tcPr>
            <w:tcW w:type="dxa" w:w="1234"/>
          </w:tcPr>
          <w:p>
            <w:r>
              <w:t>Saturday</w:t>
            </w:r>
          </w:p>
        </w:tc>
        <w:tc>
          <w:tcPr>
            <w:tcW w:type="dxa" w:w="1234"/>
          </w:tcPr>
          <w:p>
            <w:r>
              <w:t>Spanish</w:t>
            </w:r>
          </w:p>
        </w:tc>
        <w:tc>
          <w:tcPr>
            <w:tcW w:type="dxa" w:w="1234"/>
          </w:tcPr>
          <w:p>
            <w:r>
              <w:t>201-555-0134</w:t>
            </w:r>
          </w:p>
        </w:tc>
        <w:tc>
          <w:tcPr>
            <w:tcW w:type="dxa" w:w="1234"/>
          </w:tcPr>
          <w:p>
            <w:r>
              <w:t>2026-11-23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/>
          </w:p>
        </w:tc>
      </w:tr>
    </w:tbl>
    <w:p>
      <w:pPr>
        <w:pStyle w:val="Heading2"/>
      </w:pPr>
      <w:r>
        <w:t>Materials at each table</w:t>
      </w:r>
    </w:p>
    <w:p>
      <w:r>
        <w:rPr>
          <w:i/>
          <w:color w:val="7A7A7A"/>
        </w:rPr>
        <w:t>Turn the lines below into a table with Convert Text to Table (separate at Tabs).</w:t>
      </w:r>
    </w:p>
    <w:p>
      <w:r>
        <w:t>Item</w:t>
        <w:tab/>
        <w:t>How many</w:t>
        <w:tab/>
        <w:t>Who refills it</w:t>
      </w:r>
    </w:p>
    <w:p>
      <w:r>
        <w:t>Pencils</w:t>
        <w:tab/>
        <w:t>12</w:t>
        <w:tab/>
        <w:t>Session coordinator</w:t>
      </w:r>
    </w:p>
    <w:p>
      <w:r>
        <w:t>Calculators</w:t>
        <w:tab/>
        <w:t>4</w:t>
        <w:tab/>
        <w:t>Math lead</w:t>
      </w:r>
    </w:p>
    <w:p>
      <w:r>
        <w:t>Scratch paper</w:t>
        <w:tab/>
        <w:t>1 pad</w:t>
        <w:tab/>
        <w:t>Session coordinator</w:t>
      </w:r>
    </w:p>
    <w:p>
      <w:r>
        <w:t>Workbooks (grades 3 to 8)</w:t>
        <w:tab/>
        <w:t>6</w:t>
        <w:tab/>
        <w:t>Reading lead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Tutoring Club Handbook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Tutoring Club Handbook: volunteer roster (practice)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