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Template kit plan</w:t>
      </w:r>
    </w:p>
    <w:p>
      <w:r>
        <w:t>Fill in this plan before you build anything. Keep it in the kit folder as the first version of your style guide notes.</w:t>
      </w:r>
    </w:p>
    <w:p>
      <w:pPr>
        <w:pStyle w:val="Heading1"/>
      </w:pPr>
      <w:r>
        <w:t>1. Templates the club needs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Document type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Template name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Made how often?</w:t>
            </w:r>
          </w:p>
        </w:tc>
        <w:tc>
          <w:tcPr>
            <w:tcW w:type="dxa" w:w="1728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Status</w:t>
            </w:r>
          </w:p>
        </w:tc>
      </w:tr>
      <w:tr>
        <w:tc>
          <w:tcPr>
            <w:tcW w:type="dxa" w:w="1728"/>
          </w:tcPr>
          <w:p>
            <w:r>
              <w:t>Letter to families</w:t>
            </w:r>
          </w:p>
        </w:tc>
        <w:tc>
          <w:tcPr>
            <w:tcW w:type="dxa" w:w="1728"/>
          </w:tcPr>
          <w:p>
            <w:r>
              <w:t>TC Letter.dotx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Handout</w:t>
            </w:r>
          </w:p>
        </w:tc>
        <w:tc>
          <w:tcPr>
            <w:tcW w:type="dxa" w:w="1728"/>
          </w:tcPr>
          <w:p>
            <w:r>
              <w:t>TC Handout.dotx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Report or proposal</w:t>
            </w:r>
          </w:p>
        </w:tc>
        <w:tc>
          <w:tcPr>
            <w:tcW w:type="dxa" w:w="1728"/>
          </w:tcPr>
          <w:p>
            <w:r>
              <w:t>TC Report.dotx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Sign-up form</w:t>
            </w:r>
          </w:p>
        </w:tc>
        <w:tc>
          <w:tcPr>
            <w:tcW w:type="dxa" w:w="1728"/>
          </w:tcPr>
          <w:p>
            <w:r>
              <w:t>TC Sign-up Form.dotx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Event flyer</w:t>
            </w:r>
          </w:p>
        </w:tc>
        <w:tc>
          <w:tcPr>
            <w:tcW w:type="dxa" w:w="1728"/>
          </w:tcPr>
          <w:p>
            <w:r>
              <w:t>TC Flyer.dotx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Build in this practice</w:t>
            </w:r>
          </w:p>
        </w:tc>
      </w:tr>
    </w:tbl>
    <w:p>
      <w:pPr>
        <w:pStyle w:val="Heading1"/>
      </w:pPr>
      <w:r>
        <w:t>2. Kit contents</w:t>
      </w:r>
    </w:p>
    <w:p>
      <w:pPr>
        <w:pStyle w:val="ListBullet"/>
      </w:pPr>
      <w:r>
        <w:t>[ ] One-page style guide</w:t>
      </w:r>
    </w:p>
    <w:p>
      <w:pPr>
        <w:pStyle w:val="ListBullet"/>
      </w:pPr>
      <w:r>
        <w:t>[ ] Sample filled documents (letter, handout, report)</w:t>
      </w:r>
    </w:p>
    <w:p>
      <w:pPr>
        <w:pStyle w:val="ListBullet"/>
      </w:pPr>
      <w:r>
        <w:t>[ ] Building blocks saved in the templates: Contact Box, Photo Notice, Site Address</w:t>
      </w:r>
    </w:p>
    <w:p>
      <w:pPr>
        <w:pStyle w:val="ListBullet"/>
      </w:pPr>
      <w:r>
        <w:t>[ ] Approved logo in the Images folder (large, small, black and white)</w:t>
      </w:r>
    </w:p>
    <w:p>
      <w:pPr>
        <w:pStyle w:val="ListBullet"/>
      </w:pPr>
      <w:r>
        <w:t>[ ] Template version property and Kit changelog.docx</w:t>
      </w:r>
    </w:p>
    <w:p>
      <w:pPr>
        <w:pStyle w:val="Heading1"/>
      </w:pPr>
      <w:r>
        <w:t>3. Tests (write pass or fail)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Test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TC Flyer 1.0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2880"/>
          </w:tcPr>
          <w:p>
            <w:r>
              <w:t>Fresh new document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Paste test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Long-document test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Accessibility check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Print and PDF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Mac and web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t>4. Deployment</w:t>
      </w:r>
    </w:p>
    <w:p>
      <w:r>
        <w:t>Shared folder: ______________________________</w:t>
      </w:r>
    </w:p>
    <w:p>
      <w:r>
        <w:t>Kit owner: ______________________________</w:t>
      </w:r>
    </w:p>
    <w:p>
      <w:r>
        <w:t>First version number: ________     Release date: ________</w:t>
      </w:r>
    </w:p>
    <w:p>
      <w:pPr>
        <w:pageBreakBefore/>
        <w:jc w:val="center"/>
      </w:pPr>
      <w:r>
        <w:rPr>
          <w:rFonts w:ascii="Impact" w:hAnsi="Impact"/>
          <w:b/>
          <w:color w:val="D84315"/>
          <w:sz w:val="56"/>
        </w:rPr>
        <w:t>FALL TUTORING!!!</w:t>
      </w:r>
    </w:p>
    <w:p>
      <w:pPr>
        <w:jc w:val="center"/>
      </w:pPr>
      <w:r>
        <w:rPr>
          <w:rFonts w:ascii="Comic Sans MS" w:hAnsi="Comic Sans MS"/>
          <w:color w:val="6A1B9A"/>
          <w:sz w:val="32"/>
        </w:rPr>
        <w:t>Free homework help for grades 3 to 8</w:t>
      </w:r>
    </w:p>
    <w:p/>
    <w:p/>
    <w:p>
      <w:r>
        <w:rPr>
          <w:rFonts w:ascii="Times New Roman" w:hAnsi="Times New Roman"/>
          <w:sz w:val="26"/>
        </w:rPr>
        <w:t>When:     Every Tuesday &amp; Thursday, 3:30 - 5:00 pm</w:t>
      </w:r>
    </w:p>
    <w:p>
      <w:r>
        <w:rPr>
          <w:rFonts w:ascii="Times New Roman" w:hAnsi="Times New Roman"/>
          <w:sz w:val="26"/>
        </w:rPr>
        <w:t>Where:     Room 204, Fort Lee Community Center</w:t>
      </w:r>
    </w:p>
    <w:p>
      <w:r>
        <w:rPr>
          <w:rFonts w:ascii="Arial" w:hAnsi="Arial"/>
          <w:sz w:val="24"/>
        </w:rPr>
        <w:t>Who:        Volunteer tutors from local high schools</w:t>
      </w:r>
    </w:p>
    <w:p/>
    <w:p>
      <w:r>
        <w:rPr>
          <w:rFonts w:ascii="Georgia" w:hAnsi="Georgia"/>
          <w:b/>
          <w:color w:val="1F5F99"/>
          <w:sz w:val="30"/>
          <w:u w:val="single"/>
        </w:rPr>
        <w:t>What to bring</w:t>
      </w:r>
    </w:p>
    <w:p>
      <w:r>
        <w:t xml:space="preserve">      - your homework and planner</w:t>
      </w:r>
    </w:p>
    <w:p>
      <w:r>
        <w:t xml:space="preserve">      - a charged laptop or tablet (if you have one)</w:t>
      </w:r>
    </w:p>
    <w:p>
      <w:r>
        <w:t xml:space="preserve">      - a water bottle</w:t>
      </w:r>
    </w:p>
    <w:p/>
    <w:p>
      <w:r>
        <w:rPr>
          <w:rFonts w:ascii="Arial" w:hAnsi="Arial"/>
          <w:i/>
          <w:color w:val="388E3C"/>
          <w:sz w:val="24"/>
        </w:rPr>
        <w:t>TIP: sign up early, the Englewood site fills up fast!</w:t>
      </w:r>
    </w:p>
    <w:p/>
    <w:p/>
    <w:p>
      <w:pPr>
        <w:jc w:val="right"/>
      </w:pPr>
      <w:r>
        <w:rPr>
          <w:i/>
          <w:color w:val="2E7D32"/>
          <w:sz w:val="20"/>
        </w:rPr>
        <w:t>questions? call Ms. Kim 201-555-0147 or stop by the front desk</w:t>
      </w:r>
    </w:p>
    <w:p>
      <w:pPr>
        <w:jc w:val="center"/>
      </w:pPr>
      <w:r>
        <w:rPr>
          <w:color w:val="777777"/>
          <w:sz w:val="18"/>
        </w:rPr>
        <w:t>[logo goes here - copy from last year's PDF]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Tutoring Club · template kit practice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 plan checklist and hand-formatted flyer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