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TUTORING CLUB ANNUAL REPORT 2025-26 (DRAFT)</w:t>
      </w:r>
    </w:p>
    <w:p>
      <w:pPr>
        <w:pStyle w:val="Heading1"/>
      </w:pPr>
      <w:r>
        <w:t>Introduction</w:t>
      </w:r>
    </w:p>
    <w:p>
      <w:r>
        <w:t>The Tutoring Club was founded in 2024 by a small group of volunteers at the Fort Lee Community Center. Our goal has always been to help students in our community with homework and reading after school. This report describes the year from September 2025 to June 2026.</w:t>
      </w:r>
    </w:p>
    <w:p>
      <w:pPr>
        <w:pStyle w:val="Heading1"/>
      </w:pPr>
      <w:r>
        <w:t>Background</w:t>
      </w:r>
    </w:p>
    <w:p>
      <w:r>
        <w:t>In September we began the fall term with a welcome event for families. In October a second site opened at the Englewood public library, run by two new coordinators. Over the winter we wrote a volunteer manual and a safety policy for both sites.</w:t>
      </w:r>
    </w:p>
    <w:p>
      <w:pPr>
        <w:pStyle w:val="Heading1"/>
      </w:pPr>
      <w:r>
        <w:t>Activities</w:t>
      </w:r>
    </w:p>
    <w:p>
      <w:r>
        <w:t>Throughout the year volunteers worked very hard and sessions were held every Tuesday and Thursday at Fort Lee and every Wednesday at Englewood, and attendance was collected each week by the site coordinators, and at Fort Lee average weekly attendance went from 42 students in the fall to 58 in the spring while at Englewood it went from 25 to 39, which means that overall attendance went from 67 to 97, and volunteers gave a total of 1,860 hours, although the number of new volunteer sign-ups fell from 31 in the fall to 18 in the spring, and at the end of the year 23 students were on the waiting list because there was no more room in either site, and many families said that they would like sessions on more days of the week, and the community center has offered a room at the Leonia branch from September 2026 if we can pay for materials and a background check for each new volunteer.</w:t>
      </w:r>
    </w:p>
    <w:p>
      <w:pPr>
        <w:pStyle w:val="Heading1"/>
      </w:pPr>
      <w:r>
        <w:t>Data</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Site</w:t>
            </w:r>
          </w:p>
        </w:tc>
        <w:tc>
          <w:tcPr>
            <w:tcW w:type="dxa" w:w="2880"/>
          </w:tcPr>
          <w:p>
            <w:r>
              <w:rPr>
                <w:b/>
              </w:rPr>
              <w:t>Fall</w:t>
            </w:r>
          </w:p>
        </w:tc>
        <w:tc>
          <w:tcPr>
            <w:tcW w:type="dxa" w:w="2880"/>
          </w:tcPr>
          <w:p>
            <w:r>
              <w:rPr>
                <w:b/>
              </w:rPr>
              <w:t>Spring</w:t>
            </w:r>
          </w:p>
        </w:tc>
      </w:tr>
      <w:tr>
        <w:tc>
          <w:tcPr>
            <w:tcW w:type="dxa" w:w="2880"/>
          </w:tcPr>
          <w:p>
            <w:r>
              <w:t>Fort Lee</w:t>
            </w:r>
          </w:p>
        </w:tc>
        <w:tc>
          <w:tcPr>
            <w:tcW w:type="dxa" w:w="2880"/>
          </w:tcPr>
          <w:p>
            <w:r>
              <w:t>42</w:t>
            </w:r>
          </w:p>
        </w:tc>
        <w:tc>
          <w:tcPr>
            <w:tcW w:type="dxa" w:w="2880"/>
          </w:tcPr>
          <w:p>
            <w:r>
              <w:t>58</w:t>
            </w:r>
          </w:p>
        </w:tc>
      </w:tr>
      <w:tr>
        <w:tc>
          <w:tcPr>
            <w:tcW w:type="dxa" w:w="2880"/>
          </w:tcPr>
          <w:p>
            <w:r>
              <w:t>Englewood</w:t>
            </w:r>
          </w:p>
        </w:tc>
        <w:tc>
          <w:tcPr>
            <w:tcW w:type="dxa" w:w="2880"/>
          </w:tcPr>
          <w:p>
            <w:r>
              <w:t>25</w:t>
            </w:r>
          </w:p>
        </w:tc>
        <w:tc>
          <w:tcPr>
            <w:tcW w:type="dxa" w:w="2880"/>
          </w:tcPr>
          <w:p>
            <w:r>
              <w:t>39</w:t>
            </w:r>
          </w:p>
        </w:tc>
      </w:tr>
      <w:tr>
        <w:tc>
          <w:tcPr>
            <w:tcW w:type="dxa" w:w="2880"/>
          </w:tcPr>
          <w:p>
            <w:r>
              <w:t>Total</w:t>
            </w:r>
          </w:p>
        </w:tc>
        <w:tc>
          <w:tcPr>
            <w:tcW w:type="dxa" w:w="2880"/>
          </w:tcPr>
          <w:p>
            <w:r>
              <w:t>67</w:t>
            </w:r>
          </w:p>
        </w:tc>
        <w:tc>
          <w:tcPr>
            <w:tcW w:type="dxa" w:w="2880"/>
          </w:tcPr>
          <w:p>
            <w:r>
              <w:t>97</w:t>
            </w:r>
          </w:p>
        </w:tc>
      </w:tr>
    </w:tbl>
    <w:p>
      <w:pPr>
        <w:pStyle w:val="Heading1"/>
      </w:pPr>
      <w:r>
        <w:t>Other</w:t>
      </w:r>
    </w:p>
    <w:p>
      <w:r>
        <w:t>We would like to thank the community center staff, the library, and all of our volunteers and families for their support this year.</w:t>
      </w:r>
    </w:p>
    <w:p>
      <w:pPr>
        <w:pStyle w:val="Heading1"/>
      </w:pPr>
      <w:r>
        <w:t>Conclusion</w:t>
      </w:r>
    </w:p>
    <w:p>
      <w:r>
        <w:t>In conclusion, it was a very good year. Attendance grew by about 45% and there is a waiting list, so we recommend opening a third site at Leonia in fall 2026. The estimated first-year cost is $4,800 (materials $2,300, background checks $1,500, training $1,000), and we ask the board to approve this budget at its June 15 meeting. We also recommend a spring volunteer recruitment drive because sign-ups fell.</w:t>
      </w:r>
    </w:p>
    <w:sectPr w:rsidR="00FC693F" w:rsidRPr="0006063C" w:rsidSect="00034616">
      <w:head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Tutoring Club</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report draft</dc:title>
  <dc:subject/>
  <dc:creator>ArumSoft Learning</dc:creator>
  <cp:keywords/>
  <dc:description>generated by python-docx</dc:description>
  <cp:lastModifiedBy/>
  <cp:revision>1</cp:revision>
  <dcterms:created xsi:type="dcterms:W3CDTF">2013-12-23T23:15:00Z</dcterms:created>
  <dcterms:modified xsi:type="dcterms:W3CDTF">2013-12-23T23:15:00Z</dcterms:modified>
  <cp:category/>
</cp:coreProperties>
</file>