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1F5F99"/>
          <w:sz w:val="40"/>
        </w:rPr>
        <w:t>Adding fractions</w:t>
      </w:r>
    </w:p>
    <w:p>
      <w:r>
        <w:t>To add fractions with the same denominator,  add the numerators and keep the denominator:  2/7 + 3/7 = 5/7.</w:t>
      </w:r>
    </w:p>
    <w:p/>
    <w:p/>
    <w:p>
      <w:r>
        <w:rPr>
          <w:rFonts w:ascii="Arial" w:hAnsi="Arial"/>
          <w:i/>
          <w:color w:val="388E3C"/>
        </w:rPr>
        <w:t>Tip: Say the denominator out loud as a unit, like "sevenths".   Two sevenths plus three sevenths is five sevenths.</w:t>
      </w:r>
    </w:p>
    <w:p/>
    <w:p>
      <w:r>
        <w:rPr>
          <w:rFonts w:ascii="Arial" w:hAnsi="Arial"/>
          <w:b/>
          <w:sz w:val="30"/>
        </w:rPr>
        <w:t>Different denominators</w:t>
      </w:r>
    </w:p>
    <w:p>
      <w:r>
        <w:t>Find a common   denominator first.  For 1/2 + 1/3, use 6:  3/6 + 2/6 = 5/6.</w:t>
      </w:r>
    </w:p>
    <w:p>
      <w:r>
        <w:rPr>
          <w:b/>
          <w:color w:val="2E7D32"/>
          <w:sz w:val="20"/>
        </w:rPr>
        <w:t>TIP: Multiplying the two denominators always gives a common denominator,  though not always the smallest.</w:t>
      </w:r>
    </w:p>
    <w:p/>
    <w:p/>
    <w:p>
      <w:r>
        <w:rPr>
          <w:rFonts w:ascii="Georgia" w:hAnsi="Georgia"/>
          <w:b/>
          <w:sz w:val="28"/>
          <w:u w:val="single"/>
        </w:rPr>
        <w:t>Simplifying the answer</w:t>
      </w:r>
    </w:p>
    <w:p>
      <w:r>
        <w:t>If the numerator and denominator share a factor,  divide both by it:  4/8 = 1/2.</w:t>
      </w:r>
    </w:p>
    <w:p>
      <w:r>
        <w:rPr>
          <w:color w:val="7B1FA2"/>
        </w:rPr>
        <w:t>tip: check your answer by drawing the fractions as pie slices.</w:t>
      </w:r>
    </w:p>
    <w:p/>
    <w:p>
      <w:r>
        <w:rPr>
          <w:i/>
          <w:color w:val="388E3C"/>
        </w:rPr>
        <w:t xml:space="preserve">  Tip: a tip that starts with spaces (for the challenge).</w:t>
      </w:r>
    </w:p>
    <w:p/>
    <w:p/>
    <w:p>
      <w:r>
        <w:rPr>
          <w:rFonts w:ascii="Arial" w:hAnsi="Arial"/>
          <w:b/>
          <w:color w:val="1F5F99"/>
          <w:sz w:val="30"/>
        </w:rPr>
        <w:t>Practice</w:t>
      </w:r>
    </w:p>
    <w:p>
      <w:r>
        <w:t>1.   3/8 + 2/8</w:t>
      </w:r>
    </w:p>
    <w:p>
      <w:r>
        <w:t>2.   1/4 + 1/6</w:t>
      </w:r>
    </w:p>
    <w:p>
      <w:r>
        <w:t>3.   2/3 + 1/9</w:t>
      </w:r>
    </w:p>
    <w:p>
      <w:pPr>
        <w:pStyle w:val="Heading1"/>
        <w:pageBreakBefore/>
      </w:pPr>
      <w:r>
        <w:t>Automation task list</w:t>
      </w:r>
    </w:p>
    <w:p>
      <w:r>
        <w:t>Score each chore before you automate it. Times per term × minutes each = minutes you could save. Double it if mistakes are costly.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Chore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Times per term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Minutes each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Error risk (low/med/high)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Tool</w:t>
            </w:r>
          </w:p>
        </w:tc>
      </w:tr>
      <w:tr>
        <w:tc>
          <w:tcPr>
            <w:tcW w:type="dxa" w:w="1728"/>
          </w:tcPr>
          <w:p>
            <w:r>
              <w:t>Typing the club contact box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Cleaning pasted text in handouts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Styling every tip as Tip Box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Updating fields and saving a PDF of the monthly report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Making completion certificates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Tasks</w:t>
      </w:r>
    </w:p>
    <w:p>
      <w:pPr>
        <w:pStyle w:val="ListNumber"/>
      </w:pPr>
      <w:r>
        <w:t>Save a copy of this file and work only in the copy.</w:t>
      </w:r>
    </w:p>
    <w:p>
      <w:pPr>
        <w:pStyle w:val="ListNumber"/>
      </w:pPr>
      <w:r>
        <w:t>Record CleanHandout (Replace All: two spaces with one), stored in Normal.dotm.</w:t>
      </w:r>
    </w:p>
    <w:p>
      <w:pPr>
        <w:pStyle w:val="ListNumber"/>
      </w:pPr>
      <w:r>
        <w:t>Open the VBA editor with Alt+F11 and find the recording in NewMacros.</w:t>
      </w:r>
    </w:p>
    <w:p>
      <w:pPr>
        <w:pStyle w:val="ListNumber"/>
      </w:pPr>
      <w:r>
        <w:t>Rewrite it with Option Explicit, comments and a Range, and add empty-paragraph cleanup.</w:t>
      </w:r>
    </w:p>
    <w:p>
      <w:pPr>
        <w:pStyle w:val="ListNumber"/>
      </w:pPr>
      <w:r>
        <w:t>Create a Tip Box paragraph style and run the StyleTips macro.</w:t>
      </w:r>
    </w:p>
    <w:p>
      <w:pPr>
        <w:pStyle w:val="ListNumber"/>
      </w:pPr>
      <w:r>
        <w:t>Save the handout as .docx and check where the macros are stored.</w:t>
      </w:r>
    </w:p>
    <w:p>
      <w:pPr>
        <w:pStyle w:val="ListNumber"/>
      </w:pPr>
      <w:r>
        <w:t>Challenge: write UpdateAndExportPdf and add it to the Quick Access Toolbar.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handout    Math, grade 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Messy handout and automation task list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