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Tutoring Club</w:t>
      </w:r>
    </w:p>
    <w:p>
      <w:r>
        <w:rPr>
          <w:i/>
        </w:rPr>
        <w:t>Fort Lee Community Center · Fall Math &amp; Reading Program</w:t>
      </w:r>
    </w:p>
    <w:p>
      <w:r>
        <w:t>[Address block]</w:t>
      </w:r>
    </w:p>
    <w:p>
      <w:r>
        <w:t>[Greeting line]</w:t>
      </w:r>
    </w:p>
    <w:p>
      <w:r>
        <w:t>[First name] attended [Sessions] of 24 sessions in the [Program] program and finished the Course Workbook with a final review score of [Score].</w:t>
      </w:r>
    </w:p>
    <w:p>
      <w:r>
        <w:t>[Advice] The certificate ceremony is on [Ceremony], at 4:00 p.m. in Room 204. Families are welcome.</w:t>
      </w:r>
    </w:p>
    <w:p>
      <w:r>
        <w:rPr>
          <w:i/>
          <w:color w:val="666666"/>
        </w:rPr>
        <w:t>Math advice: Next term, try the Unit 6 challenge sets.</w:t>
      </w:r>
    </w:p>
    <w:p>
      <w:r>
        <w:rPr>
          <w:i/>
          <w:color w:val="666666"/>
        </w:rPr>
        <w:t>Reading advice: Next term, keep up the 20-minute reading log at home.</w:t>
      </w:r>
    </w:p>
    <w:p>
      <w:r>
        <w:t>Warm regards,</w:t>
      </w:r>
    </w:p>
    <w:p>
      <w:r>
        <w:rPr>
          <w:b/>
        </w:rPr>
        <w:t>Grace Lee</w:t>
      </w:r>
    </w:p>
    <w:p>
      <w:r>
        <w:t>Volunteer Coordinator, Tutoring Club</w:t>
      </w:r>
    </w:p>
    <w:p>
      <w:pPr>
        <w:pStyle w:val="Heading1"/>
        <w:pageBreakBefore/>
      </w:pPr>
      <w:r>
        <w:t>Certificate text</w:t>
      </w:r>
    </w:p>
    <w:p>
      <w:pPr>
        <w:jc w:val="center"/>
      </w:pPr>
      <w:r>
        <w:t>Tutoring Club · Fort Lee Community Center</w:t>
      </w:r>
    </w:p>
    <w:p>
      <w:pPr>
        <w:jc w:val="center"/>
      </w:pPr>
      <w:r>
        <w:rPr>
          <w:b/>
          <w:sz w:val="56"/>
        </w:rPr>
        <w:t>Certificate of Completion</w:t>
      </w:r>
    </w:p>
    <w:p>
      <w:pPr>
        <w:jc w:val="center"/>
      </w:pPr>
      <w:r>
        <w:t>This certifies that</w:t>
      </w:r>
    </w:p>
    <w:p>
      <w:pPr>
        <w:jc w:val="center"/>
      </w:pPr>
      <w:r>
        <w:rPr>
          <w:b/>
          <w:sz w:val="72"/>
        </w:rPr>
        <w:t>[First name] [Last name]</w:t>
      </w:r>
    </w:p>
    <w:p>
      <w:pPr>
        <w:jc w:val="center"/>
      </w:pPr>
      <w:r>
        <w:t>completed the [Program] Course Workbook, Fall 2026</w:t>
      </w:r>
    </w:p>
    <w:p>
      <w:pPr>
        <w:jc w:val="center"/>
      </w:pPr>
      <w:r>
        <w:t>[Ceremony]</w:t>
      </w:r>
    </w:p>
    <w:p>
      <w:pPr>
        <w:pStyle w:val="Heading1"/>
        <w:pageBreakBefore/>
      </w:pPr>
      <w:r>
        <w:t>Roster (data source)</w:t>
      </w:r>
    </w:p>
    <w:p>
      <w:r>
        <w:t>Copy only this table into a new blank document (or into Excel) to use it as the data source. Keep the first row as the header row.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</w:tblGrid>
      <w:tr>
        <w:tc>
          <w:tcPr>
            <w:tcW w:type="dxa" w:w="617"/>
          </w:tcPr>
          <w:p>
            <w:r>
              <w:rPr>
                <w:b/>
              </w:rPr>
              <w:t>FirstName</w:t>
            </w:r>
          </w:p>
        </w:tc>
        <w:tc>
          <w:tcPr>
            <w:tcW w:type="dxa" w:w="617"/>
          </w:tcPr>
          <w:p>
            <w:r>
              <w:rPr>
                <w:b/>
              </w:rPr>
              <w:t>LastName</w:t>
            </w:r>
          </w:p>
        </w:tc>
        <w:tc>
          <w:tcPr>
            <w:tcW w:type="dxa" w:w="617"/>
          </w:tcPr>
          <w:p>
            <w:r>
              <w:rPr>
                <w:b/>
              </w:rPr>
              <w:t>Title</w:t>
            </w:r>
          </w:p>
        </w:tc>
        <w:tc>
          <w:tcPr>
            <w:tcW w:type="dxa" w:w="617"/>
          </w:tcPr>
          <w:p>
            <w:r>
              <w:rPr>
                <w:b/>
              </w:rPr>
              <w:t>GuardianFirst</w:t>
            </w:r>
          </w:p>
        </w:tc>
        <w:tc>
          <w:tcPr>
            <w:tcW w:type="dxa" w:w="617"/>
          </w:tcPr>
          <w:p>
            <w:r>
              <w:rPr>
                <w:b/>
              </w:rPr>
              <w:t>GuardianLast</w:t>
            </w:r>
          </w:p>
        </w:tc>
        <w:tc>
          <w:tcPr>
            <w:tcW w:type="dxa" w:w="617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617"/>
          </w:tcPr>
          <w:p>
            <w:r>
              <w:rPr>
                <w:b/>
              </w:rPr>
              <w:t>City</w:t>
            </w:r>
          </w:p>
        </w:tc>
        <w:tc>
          <w:tcPr>
            <w:tcW w:type="dxa" w:w="617"/>
          </w:tcPr>
          <w:p>
            <w:r>
              <w:rPr>
                <w:b/>
              </w:rPr>
              <w:t>State</w:t>
            </w:r>
          </w:p>
        </w:tc>
        <w:tc>
          <w:tcPr>
            <w:tcW w:type="dxa" w:w="617"/>
          </w:tcPr>
          <w:p>
            <w:r>
              <w:rPr>
                <w:b/>
              </w:rPr>
              <w:t>ZIP</w:t>
            </w:r>
          </w:p>
        </w:tc>
        <w:tc>
          <w:tcPr>
            <w:tcW w:type="dxa" w:w="617"/>
          </w:tcPr>
          <w:p>
            <w:r>
              <w:rPr>
                <w:b/>
              </w:rPr>
              <w:t>Program</w:t>
            </w:r>
          </w:p>
        </w:tc>
        <w:tc>
          <w:tcPr>
            <w:tcW w:type="dxa" w:w="617"/>
          </w:tcPr>
          <w:p>
            <w:r>
              <w:rPr>
                <w:b/>
              </w:rPr>
              <w:t>Sessions</w:t>
            </w:r>
          </w:p>
        </w:tc>
        <w:tc>
          <w:tcPr>
            <w:tcW w:type="dxa" w:w="617"/>
          </w:tcPr>
          <w:p>
            <w:r>
              <w:rPr>
                <w:b/>
              </w:rPr>
              <w:t>Score</w:t>
            </w:r>
          </w:p>
        </w:tc>
        <w:tc>
          <w:tcPr>
            <w:tcW w:type="dxa" w:w="617"/>
          </w:tcPr>
          <w:p>
            <w:r>
              <w:rPr>
                <w:b/>
              </w:rPr>
              <w:t>Ceremony</w:t>
            </w:r>
          </w:p>
        </w:tc>
        <w:tc>
          <w:tcPr>
            <w:tcW w:type="dxa" w:w="617"/>
          </w:tcPr>
          <w:p>
            <w:r>
              <w:rPr>
                <w:b/>
              </w:rPr>
              <w:t>Status</w:t>
            </w:r>
          </w:p>
        </w:tc>
      </w:tr>
      <w:tr>
        <w:tc>
          <w:tcPr>
            <w:tcW w:type="dxa" w:w="617"/>
          </w:tcPr>
          <w:p>
            <w:r>
              <w:t>Minji</w:t>
            </w:r>
          </w:p>
        </w:tc>
        <w:tc>
          <w:tcPr>
            <w:tcW w:type="dxa" w:w="617"/>
          </w:tcPr>
          <w:p>
            <w:r>
              <w:t>Park</w:t>
            </w:r>
          </w:p>
        </w:tc>
        <w:tc>
          <w:tcPr>
            <w:tcW w:type="dxa" w:w="617"/>
          </w:tcPr>
          <w:p>
            <w:r>
              <w:t>Ms.</w:t>
            </w:r>
          </w:p>
        </w:tc>
        <w:tc>
          <w:tcPr>
            <w:tcW w:type="dxa" w:w="617"/>
          </w:tcPr>
          <w:p>
            <w:r>
              <w:t>Hana</w:t>
            </w:r>
          </w:p>
        </w:tc>
        <w:tc>
          <w:tcPr>
            <w:tcW w:type="dxa" w:w="617"/>
          </w:tcPr>
          <w:p>
            <w:r>
              <w:t>Park</w:t>
            </w:r>
          </w:p>
        </w:tc>
        <w:tc>
          <w:tcPr>
            <w:tcW w:type="dxa" w:w="617"/>
          </w:tcPr>
          <w:p>
            <w:r>
              <w:t>2150 Center Avenue, Apt 4B</w:t>
            </w:r>
          </w:p>
        </w:tc>
        <w:tc>
          <w:tcPr>
            <w:tcW w:type="dxa" w:w="617"/>
          </w:tcPr>
          <w:p>
            <w:r>
              <w:t>Fort Lee</w:t>
            </w:r>
          </w:p>
        </w:tc>
        <w:tc>
          <w:tcPr>
            <w:tcW w:type="dxa" w:w="617"/>
          </w:tcPr>
          <w:p>
            <w:r>
              <w:t>NJ</w:t>
            </w:r>
          </w:p>
        </w:tc>
        <w:tc>
          <w:tcPr>
            <w:tcW w:type="dxa" w:w="617"/>
          </w:tcPr>
          <w:p>
            <w:r>
              <w:t>07024</w:t>
            </w:r>
          </w:p>
        </w:tc>
        <w:tc>
          <w:tcPr>
            <w:tcW w:type="dxa" w:w="617"/>
          </w:tcPr>
          <w:p>
            <w:r>
              <w:t>Reading</w:t>
            </w:r>
          </w:p>
        </w:tc>
        <w:tc>
          <w:tcPr>
            <w:tcW w:type="dxa" w:w="617"/>
          </w:tcPr>
          <w:p>
            <w:r>
              <w:t>22</w:t>
            </w:r>
          </w:p>
        </w:tc>
        <w:tc>
          <w:tcPr>
            <w:tcW w:type="dxa" w:w="617"/>
          </w:tcPr>
          <w:p>
            <w:r>
              <w:t>92.5</w:t>
            </w:r>
          </w:p>
        </w:tc>
        <w:tc>
          <w:tcPr>
            <w:tcW w:type="dxa" w:w="617"/>
          </w:tcPr>
          <w:p>
            <w:r>
              <w:t>12/17/2026</w:t>
            </w:r>
          </w:p>
        </w:tc>
        <w:tc>
          <w:tcPr>
            <w:tcW w:type="dxa" w:w="617"/>
          </w:tcPr>
          <w:p>
            <w:r>
              <w:t>Completed</w:t>
            </w:r>
          </w:p>
        </w:tc>
      </w:tr>
      <w:tr>
        <w:tc>
          <w:tcPr>
            <w:tcW w:type="dxa" w:w="617"/>
          </w:tcPr>
          <w:p>
            <w:r>
              <w:t>Daniel</w:t>
            </w:r>
          </w:p>
        </w:tc>
        <w:tc>
          <w:tcPr>
            <w:tcW w:type="dxa" w:w="617"/>
          </w:tcPr>
          <w:p>
            <w:r>
              <w:t>Kim</w:t>
            </w:r>
          </w:p>
        </w:tc>
        <w:tc>
          <w:tcPr>
            <w:tcW w:type="dxa" w:w="617"/>
          </w:tcPr>
          <w:p>
            <w:r>
              <w:t>Mrs.</w:t>
            </w:r>
          </w:p>
        </w:tc>
        <w:tc>
          <w:tcPr>
            <w:tcW w:type="dxa" w:w="617"/>
          </w:tcPr>
          <w:p>
            <w:r>
              <w:t>Sujin</w:t>
            </w:r>
          </w:p>
        </w:tc>
        <w:tc>
          <w:tcPr>
            <w:tcW w:type="dxa" w:w="617"/>
          </w:tcPr>
          <w:p>
            <w:r>
              <w:t>Kim</w:t>
            </w:r>
          </w:p>
        </w:tc>
        <w:tc>
          <w:tcPr>
            <w:tcW w:type="dxa" w:w="617"/>
          </w:tcPr>
          <w:p>
            <w:r>
              <w:t>1 Horizon Road, Apt 1210</w:t>
            </w:r>
          </w:p>
        </w:tc>
        <w:tc>
          <w:tcPr>
            <w:tcW w:type="dxa" w:w="617"/>
          </w:tcPr>
          <w:p>
            <w:r>
              <w:t>Fort Lee</w:t>
            </w:r>
          </w:p>
        </w:tc>
        <w:tc>
          <w:tcPr>
            <w:tcW w:type="dxa" w:w="617"/>
          </w:tcPr>
          <w:p>
            <w:r>
              <w:t>NJ</w:t>
            </w:r>
          </w:p>
        </w:tc>
        <w:tc>
          <w:tcPr>
            <w:tcW w:type="dxa" w:w="617"/>
          </w:tcPr>
          <w:p>
            <w:r>
              <w:t>07024</w:t>
            </w:r>
          </w:p>
        </w:tc>
        <w:tc>
          <w:tcPr>
            <w:tcW w:type="dxa" w:w="617"/>
          </w:tcPr>
          <w:p>
            <w:r>
              <w:t>Math</w:t>
            </w:r>
          </w:p>
        </w:tc>
        <w:tc>
          <w:tcPr>
            <w:tcW w:type="dxa" w:w="617"/>
          </w:tcPr>
          <w:p>
            <w:r>
              <w:t>24</w:t>
            </w:r>
          </w:p>
        </w:tc>
        <w:tc>
          <w:tcPr>
            <w:tcW w:type="dxa" w:w="617"/>
          </w:tcPr>
          <w:p>
            <w:r>
              <w:t>88</w:t>
            </w:r>
          </w:p>
        </w:tc>
        <w:tc>
          <w:tcPr>
            <w:tcW w:type="dxa" w:w="617"/>
          </w:tcPr>
          <w:p>
            <w:r>
              <w:t>12/17/2026</w:t>
            </w:r>
          </w:p>
        </w:tc>
        <w:tc>
          <w:tcPr>
            <w:tcW w:type="dxa" w:w="617"/>
          </w:tcPr>
          <w:p>
            <w:r>
              <w:t>Completed</w:t>
            </w:r>
          </w:p>
        </w:tc>
      </w:tr>
      <w:tr>
        <w:tc>
          <w:tcPr>
            <w:tcW w:type="dxa" w:w="617"/>
          </w:tcPr>
          <w:p>
            <w:r>
              <w:t>Sofia</w:t>
            </w:r>
          </w:p>
        </w:tc>
        <w:tc>
          <w:tcPr>
            <w:tcW w:type="dxa" w:w="617"/>
          </w:tcPr>
          <w:p>
            <w:r>
              <w:t>Reyes</w:t>
            </w:r>
          </w:p>
        </w:tc>
        <w:tc>
          <w:tcPr>
            <w:tcW w:type="dxa" w:w="617"/>
          </w:tcPr>
          <w:p>
            <w:r>
              <w:t>Mrs.</w:t>
            </w:r>
          </w:p>
        </w:tc>
        <w:tc>
          <w:tcPr>
            <w:tcW w:type="dxa" w:w="617"/>
          </w:tcPr>
          <w:p>
            <w:r>
              <w:t>Maria</w:t>
            </w:r>
          </w:p>
        </w:tc>
        <w:tc>
          <w:tcPr>
            <w:tcW w:type="dxa" w:w="617"/>
          </w:tcPr>
          <w:p>
            <w:r>
              <w:t>Reyes</w:t>
            </w:r>
          </w:p>
        </w:tc>
        <w:tc>
          <w:tcPr>
            <w:tcW w:type="dxa" w:w="617"/>
          </w:tcPr>
          <w:p>
            <w:r>
              <w:t>455 Anderson Avenue</w:t>
            </w:r>
          </w:p>
        </w:tc>
        <w:tc>
          <w:tcPr>
            <w:tcW w:type="dxa" w:w="617"/>
          </w:tcPr>
          <w:p>
            <w:r>
              <w:t>Fort Lee</w:t>
            </w:r>
          </w:p>
        </w:tc>
        <w:tc>
          <w:tcPr>
            <w:tcW w:type="dxa" w:w="617"/>
          </w:tcPr>
          <w:p>
            <w:r>
              <w:t>NJ</w:t>
            </w:r>
          </w:p>
        </w:tc>
        <w:tc>
          <w:tcPr>
            <w:tcW w:type="dxa" w:w="617"/>
          </w:tcPr>
          <w:p>
            <w:r>
              <w:t>07024</w:t>
            </w:r>
          </w:p>
        </w:tc>
        <w:tc>
          <w:tcPr>
            <w:tcW w:type="dxa" w:w="617"/>
          </w:tcPr>
          <w:p>
            <w:r>
              <w:t>Math</w:t>
            </w:r>
          </w:p>
        </w:tc>
        <w:tc>
          <w:tcPr>
            <w:tcW w:type="dxa" w:w="617"/>
          </w:tcPr>
          <w:p>
            <w:r>
              <w:t>20</w:t>
            </w:r>
          </w:p>
        </w:tc>
        <w:tc>
          <w:tcPr>
            <w:tcW w:type="dxa" w:w="617"/>
          </w:tcPr>
          <w:p>
            <w:r>
              <w:t>95</w:t>
            </w:r>
          </w:p>
        </w:tc>
        <w:tc>
          <w:tcPr>
            <w:tcW w:type="dxa" w:w="617"/>
          </w:tcPr>
          <w:p>
            <w:r>
              <w:t>12/17/2026</w:t>
            </w:r>
          </w:p>
        </w:tc>
        <w:tc>
          <w:tcPr>
            <w:tcW w:type="dxa" w:w="617"/>
          </w:tcPr>
          <w:p>
            <w:r>
              <w:t>Completed</w:t>
            </w:r>
          </w:p>
        </w:tc>
      </w:tr>
      <w:tr>
        <w:tc>
          <w:tcPr>
            <w:tcW w:type="dxa" w:w="617"/>
          </w:tcPr>
          <w:p>
            <w:r>
              <w:t>Ethan</w:t>
            </w:r>
          </w:p>
        </w:tc>
        <w:tc>
          <w:tcPr>
            <w:tcW w:type="dxa" w:w="617"/>
          </w:tcPr>
          <w:p>
            <w:r>
              <w:t>Choi</w:t>
            </w:r>
          </w:p>
        </w:tc>
        <w:tc>
          <w:tcPr>
            <w:tcW w:type="dxa" w:w="617"/>
          </w:tcPr>
          <w:p>
            <w:r>
              <w:t>Mr.</w:t>
            </w:r>
          </w:p>
        </w:tc>
        <w:tc>
          <w:tcPr>
            <w:tcW w:type="dxa" w:w="617"/>
          </w:tcPr>
          <w:p>
            <w:r>
              <w:t>Young-ho</w:t>
            </w:r>
          </w:p>
        </w:tc>
        <w:tc>
          <w:tcPr>
            <w:tcW w:type="dxa" w:w="617"/>
          </w:tcPr>
          <w:p>
            <w:r>
              <w:t>Choi</w:t>
            </w:r>
          </w:p>
        </w:tc>
        <w:tc>
          <w:tcPr>
            <w:tcW w:type="dxa" w:w="617"/>
          </w:tcPr>
          <w:p>
            <w:r>
              <w:t>200 Main Street</w:t>
            </w:r>
          </w:p>
        </w:tc>
        <w:tc>
          <w:tcPr>
            <w:tcW w:type="dxa" w:w="617"/>
          </w:tcPr>
          <w:p>
            <w:r>
              <w:t>Fort Lee</w:t>
            </w:r>
          </w:p>
        </w:tc>
        <w:tc>
          <w:tcPr>
            <w:tcW w:type="dxa" w:w="617"/>
          </w:tcPr>
          <w:p>
            <w:r>
              <w:t>NJ</w:t>
            </w:r>
          </w:p>
        </w:tc>
        <w:tc>
          <w:tcPr>
            <w:tcW w:type="dxa" w:w="617"/>
          </w:tcPr>
          <w:p>
            <w:r>
              <w:t>07024</w:t>
            </w:r>
          </w:p>
        </w:tc>
        <w:tc>
          <w:tcPr>
            <w:tcW w:type="dxa" w:w="617"/>
          </w:tcPr>
          <w:p>
            <w:r>
              <w:t>Reading</w:t>
            </w:r>
          </w:p>
        </w:tc>
        <w:tc>
          <w:tcPr>
            <w:tcW w:type="dxa" w:w="617"/>
          </w:tcPr>
          <w:p>
            <w:r>
              <w:t>9</w:t>
            </w:r>
          </w:p>
        </w:tc>
        <w:tc>
          <w:tcPr>
            <w:tcW w:type="dxa" w:w="617"/>
          </w:tcPr>
          <w:p>
            <w:r>
              <w:t>71</w:t>
            </w:r>
          </w:p>
        </w:tc>
        <w:tc>
          <w:tcPr>
            <w:tcW w:type="dxa" w:w="617"/>
          </w:tcPr>
          <w:p>
            <w:r>
              <w:t>12/17/2026</w:t>
            </w:r>
          </w:p>
        </w:tc>
        <w:tc>
          <w:tcPr>
            <w:tcW w:type="dxa" w:w="617"/>
          </w:tcPr>
          <w:p>
            <w:r>
              <w:t>Withdrawn</w:t>
            </w:r>
          </w:p>
        </w:tc>
      </w:tr>
      <w:tr>
        <w:tc>
          <w:tcPr>
            <w:tcW w:type="dxa" w:w="617"/>
          </w:tcPr>
          <w:p>
            <w:r>
              <w:t>Grace</w:t>
            </w:r>
          </w:p>
        </w:tc>
        <w:tc>
          <w:tcPr>
            <w:tcW w:type="dxa" w:w="617"/>
          </w:tcPr>
          <w:p>
            <w:r>
              <w:t>Lim</w:t>
            </w:r>
          </w:p>
        </w:tc>
        <w:tc>
          <w:tcPr>
            <w:tcW w:type="dxa" w:w="617"/>
          </w:tcPr>
          <w:p>
            <w:r>
              <w:t>Ms.</w:t>
            </w:r>
          </w:p>
        </w:tc>
        <w:tc>
          <w:tcPr>
            <w:tcW w:type="dxa" w:w="617"/>
          </w:tcPr>
          <w:p>
            <w:r>
              <w:t>Jihyun</w:t>
            </w:r>
          </w:p>
        </w:tc>
        <w:tc>
          <w:tcPr>
            <w:tcW w:type="dxa" w:w="617"/>
          </w:tcPr>
          <w:p>
            <w:r>
              <w:t>Lim</w:t>
            </w:r>
          </w:p>
        </w:tc>
        <w:tc>
          <w:tcPr>
            <w:tcW w:type="dxa" w:w="617"/>
          </w:tcPr>
          <w:p>
            <w:r>
              <w:t>1530 Palisade Avenue</w:t>
            </w:r>
          </w:p>
        </w:tc>
        <w:tc>
          <w:tcPr>
            <w:tcW w:type="dxa" w:w="617"/>
          </w:tcPr>
          <w:p>
            <w:r>
              <w:t>Fort Lee</w:t>
            </w:r>
          </w:p>
        </w:tc>
        <w:tc>
          <w:tcPr>
            <w:tcW w:type="dxa" w:w="617"/>
          </w:tcPr>
          <w:p>
            <w:r>
              <w:t>NJ</w:t>
            </w:r>
          </w:p>
        </w:tc>
        <w:tc>
          <w:tcPr>
            <w:tcW w:type="dxa" w:w="617"/>
          </w:tcPr>
          <w:p>
            <w:r>
              <w:t>07024</w:t>
            </w:r>
          </w:p>
        </w:tc>
        <w:tc>
          <w:tcPr>
            <w:tcW w:type="dxa" w:w="617"/>
          </w:tcPr>
          <w:p>
            <w:r>
              <w:t>Reading</w:t>
            </w:r>
          </w:p>
        </w:tc>
        <w:tc>
          <w:tcPr>
            <w:tcW w:type="dxa" w:w="617"/>
          </w:tcPr>
          <w:p>
            <w:r>
              <w:t>23</w:t>
            </w:r>
          </w:p>
        </w:tc>
        <w:tc>
          <w:tcPr>
            <w:tcW w:type="dxa" w:w="617"/>
          </w:tcPr>
          <w:p>
            <w:r>
              <w:t>90.5</w:t>
            </w:r>
          </w:p>
        </w:tc>
        <w:tc>
          <w:tcPr>
            <w:tcW w:type="dxa" w:w="617"/>
          </w:tcPr>
          <w:p>
            <w:r>
              <w:t>12/17/2026</w:t>
            </w:r>
          </w:p>
        </w:tc>
        <w:tc>
          <w:tcPr>
            <w:tcW w:type="dxa" w:w="617"/>
          </w:tcPr>
          <w:p>
            <w:r>
              <w:t>Completed</w:t>
            </w:r>
          </w:p>
        </w:tc>
      </w:tr>
      <w:tr>
        <w:tc>
          <w:tcPr>
            <w:tcW w:type="dxa" w:w="617"/>
          </w:tcPr>
          <w:p>
            <w:r>
              <w:t>Daniel</w:t>
            </w:r>
          </w:p>
        </w:tc>
        <w:tc>
          <w:tcPr>
            <w:tcW w:type="dxa" w:w="617"/>
          </w:tcPr>
          <w:p>
            <w:r>
              <w:t>Kim</w:t>
            </w:r>
          </w:p>
        </w:tc>
        <w:tc>
          <w:tcPr>
            <w:tcW w:type="dxa" w:w="617"/>
          </w:tcPr>
          <w:p>
            <w:r>
              <w:t>Mrs.</w:t>
            </w:r>
          </w:p>
        </w:tc>
        <w:tc>
          <w:tcPr>
            <w:tcW w:type="dxa" w:w="617"/>
          </w:tcPr>
          <w:p>
            <w:r>
              <w:t>Sujin</w:t>
            </w:r>
          </w:p>
        </w:tc>
        <w:tc>
          <w:tcPr>
            <w:tcW w:type="dxa" w:w="617"/>
          </w:tcPr>
          <w:p>
            <w:r>
              <w:t>Kim</w:t>
            </w:r>
          </w:p>
        </w:tc>
        <w:tc>
          <w:tcPr>
            <w:tcW w:type="dxa" w:w="617"/>
          </w:tcPr>
          <w:p>
            <w:r>
              <w:t>1 Horizon Road, Apt 1210</w:t>
            </w:r>
          </w:p>
        </w:tc>
        <w:tc>
          <w:tcPr>
            <w:tcW w:type="dxa" w:w="617"/>
          </w:tcPr>
          <w:p>
            <w:r>
              <w:t>Fort Lee</w:t>
            </w:r>
          </w:p>
        </w:tc>
        <w:tc>
          <w:tcPr>
            <w:tcW w:type="dxa" w:w="617"/>
          </w:tcPr>
          <w:p>
            <w:r>
              <w:t>NJ</w:t>
            </w:r>
          </w:p>
        </w:tc>
        <w:tc>
          <w:tcPr>
            <w:tcW w:type="dxa" w:w="617"/>
          </w:tcPr>
          <w:p>
            <w:r>
              <w:t>07024</w:t>
            </w:r>
          </w:p>
        </w:tc>
        <w:tc>
          <w:tcPr>
            <w:tcW w:type="dxa" w:w="617"/>
          </w:tcPr>
          <w:p>
            <w:r>
              <w:t>Math</w:t>
            </w:r>
          </w:p>
        </w:tc>
        <w:tc>
          <w:tcPr>
            <w:tcW w:type="dxa" w:w="617"/>
          </w:tcPr>
          <w:p>
            <w:r>
              <w:t>24</w:t>
            </w:r>
          </w:p>
        </w:tc>
        <w:tc>
          <w:tcPr>
            <w:tcW w:type="dxa" w:w="617"/>
          </w:tcPr>
          <w:p>
            <w:r>
              <w:t>88</w:t>
            </w:r>
          </w:p>
        </w:tc>
        <w:tc>
          <w:tcPr>
            <w:tcW w:type="dxa" w:w="617"/>
          </w:tcPr>
          <w:p>
            <w:r>
              <w:t>12/17/2026</w:t>
            </w:r>
          </w:p>
        </w:tc>
        <w:tc>
          <w:tcPr>
            <w:tcW w:type="dxa" w:w="617"/>
          </w:tcPr>
          <w:p>
            <w:r>
              <w:t>Completed</w:t>
            </w:r>
          </w:p>
        </w:tc>
      </w:tr>
      <w:tr>
        <w:tc>
          <w:tcPr>
            <w:tcW w:type="dxa" w:w="617"/>
          </w:tcPr>
          <w:p>
            <w:r>
              <w:t>Noah</w:t>
            </w:r>
          </w:p>
        </w:tc>
        <w:tc>
          <w:tcPr>
            <w:tcW w:type="dxa" w:w="617"/>
          </w:tcPr>
          <w:p>
            <w:r>
              <w:t>Patel</w:t>
            </w:r>
          </w:p>
        </w:tc>
        <w:tc>
          <w:tcPr>
            <w:tcW w:type="dxa" w:w="617"/>
          </w:tcPr>
          <w:p>
            <w:r>
              <w:t>Dr.</w:t>
            </w:r>
          </w:p>
        </w:tc>
        <w:tc>
          <w:tcPr>
            <w:tcW w:type="dxa" w:w="617"/>
          </w:tcPr>
          <w:p>
            <w:r>
              <w:t>Priya</w:t>
            </w:r>
          </w:p>
        </w:tc>
        <w:tc>
          <w:tcPr>
            <w:tcW w:type="dxa" w:w="617"/>
          </w:tcPr>
          <w:p>
            <w:r>
              <w:t>Patel</w:t>
            </w:r>
          </w:p>
        </w:tc>
        <w:tc>
          <w:tcPr>
            <w:tcW w:type="dxa" w:w="617"/>
          </w:tcPr>
          <w:p>
            <w:r>
              <w:t>2 Bluff Road</w:t>
            </w:r>
          </w:p>
        </w:tc>
        <w:tc>
          <w:tcPr>
            <w:tcW w:type="dxa" w:w="617"/>
          </w:tcPr>
          <w:p>
            <w:r>
              <w:t>Edgewater</w:t>
            </w:r>
          </w:p>
        </w:tc>
        <w:tc>
          <w:tcPr>
            <w:tcW w:type="dxa" w:w="617"/>
          </w:tcPr>
          <w:p>
            <w:r>
              <w:t>NJ</w:t>
            </w:r>
          </w:p>
        </w:tc>
        <w:tc>
          <w:tcPr>
            <w:tcW w:type="dxa" w:w="617"/>
          </w:tcPr>
          <w:p>
            <w:r>
              <w:t>07020</w:t>
            </w:r>
          </w:p>
        </w:tc>
        <w:tc>
          <w:tcPr>
            <w:tcW w:type="dxa" w:w="617"/>
          </w:tcPr>
          <w:p>
            <w:r>
              <w:t>Math</w:t>
            </w:r>
          </w:p>
        </w:tc>
        <w:tc>
          <w:tcPr>
            <w:tcW w:type="dxa" w:w="617"/>
          </w:tcPr>
          <w:p>
            <w:r>
              <w:t>21</w:t>
            </w:r>
          </w:p>
        </w:tc>
        <w:tc>
          <w:tcPr>
            <w:tcW w:type="dxa" w:w="617"/>
          </w:tcPr>
          <w:p>
            <w:r>
              <w:t>84.5</w:t>
            </w:r>
          </w:p>
        </w:tc>
        <w:tc>
          <w:tcPr>
            <w:tcW w:type="dxa" w:w="617"/>
          </w:tcPr>
          <w:p>
            <w:r>
              <w:t>12/17/2026</w:t>
            </w:r>
          </w:p>
        </w:tc>
        <w:tc>
          <w:tcPr>
            <w:tcW w:type="dxa" w:w="617"/>
          </w:tcPr>
          <w:p>
            <w:r>
              <w:t>Completed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Tutoring Club · Fort Lee Community Center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Tutoring Club - Family Letter, Certificate and Roster (practice)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