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8"/>
        </w:rPr>
        <w:t>Fall Course Workbook: Math and Reading</w:t>
      </w:r>
    </w:p>
    <w:p>
      <w:pPr>
        <w:jc w:val="center"/>
      </w:pPr>
      <w:r>
        <w:rPr>
          <w:i/>
        </w:rPr>
        <w:t>Tutoring Club, Fort Lee Community Center. DRAFT for volunteers</w:t>
      </w:r>
    </w:p>
    <w:p/>
    <w:p/>
    <w:p/>
    <w:p>
      <w:r>
        <w:rPr>
          <w:b/>
          <w:sz w:val="30"/>
        </w:rPr>
        <w:t>How to use this workbook</w:t>
      </w:r>
    </w:p>
    <w:p>
      <w:r>
        <w:t>Work through one unit at a time. Each unit starts with a short explanation, then exercises. Check your answers in the Answer key at the back, and ask a volunteer when you get stuck.</w:t>
      </w:r>
    </w:p>
    <w:p>
      <w:pPr>
        <w:pStyle w:val="Heading1"/>
      </w:pPr>
      <w:r>
        <w:t>Unit 1. Whole numbers</w:t>
      </w:r>
    </w:p>
    <w:p>
      <w:r>
        <w:t>In this unit you will review place value, rounding and comparing numbers up to one million.</w:t>
      </w:r>
    </w:p>
    <w:p>
      <w:pPr>
        <w:pStyle w:val="Heading2"/>
      </w:pPr>
      <w:r>
        <w:t>1.1 Place value</w:t>
      </w:r>
    </w:p>
    <w:p>
      <w:r>
        <w:t>Every digit has a value that depends on its place. In 4,582, the 5 stands for five hundreds.</w:t>
      </w:r>
    </w:p>
    <w:p>
      <w:r>
        <w:rPr>
          <w:b/>
          <w:sz w:val="26"/>
        </w:rPr>
        <w:t>1.2 Rounding</w:t>
      </w:r>
    </w:p>
    <w:p>
      <w:r>
        <w:t>To round to the nearest ten, look at the ones digit. If it is 5 or more, round up.</w:t>
      </w:r>
    </w:p>
    <w:p>
      <w:pPr>
        <w:pStyle w:val="Heading2"/>
      </w:pPr>
      <w:r>
        <w:t>1.2 Comparing numbers</w:t>
      </w:r>
    </w:p>
    <w:p>
      <w:r>
        <w:t>Compare numbers from the left. The first place where the digits differ tells you which number is greater.</w:t>
      </w:r>
    </w:p>
    <w:p>
      <w:pPr>
        <w:pStyle w:val="Heading2"/>
      </w:pPr>
      <w:r>
        <w:t>Unit 2: Fractions</w:t>
      </w:r>
    </w:p>
    <w:p>
      <w:r>
        <w:t>In this unit you will learn what a fraction means, how to find equal fractions, and how to compare them.</w:t>
      </w:r>
    </w:p>
    <w:p>
      <w:pPr>
        <w:pStyle w:val="Heading1"/>
      </w:pPr>
      <w:r>
        <w:t>2.1 What a fraction means</w:t>
      </w:r>
    </w:p>
    <w:p>
      <w:r>
        <w:t>A fraction names part of a whole. The bottom number tells you how many equal parts there are.</w:t>
      </w:r>
    </w:p>
    <w:p>
      <w:pPr>
        <w:pStyle w:val="Heading2"/>
      </w:pPr>
      <w:r>
        <w:t>2.2 Equivalent fractions</w:t>
      </w:r>
    </w:p>
    <w:p>
      <w:r>
        <w:t>Two fractions are equivalent when they name the same amount, like 1/2 and 2/4.</w:t>
      </w:r>
    </w:p>
    <w:p/>
    <w:p/>
    <w:p/>
    <w:p/>
    <w:p>
      <w:pPr>
        <w:pStyle w:val="Heading1"/>
      </w:pPr>
      <w:r>
        <w:t>Unit 4 - Reading for meaning</w:t>
      </w:r>
    </w:p>
    <w:p>
      <w:r>
        <w:t>Good readers ask questions while they read. This unit practices finding the main idea and supporting details.</w:t>
      </w:r>
    </w:p>
    <w:p>
      <w:pPr>
        <w:pStyle w:val="Heading2"/>
      </w:pPr>
      <w:r>
        <w:t>4.1 Finding the main idea</w:t>
      </w:r>
    </w:p>
    <w:p>
      <w:r>
        <w:t>The main idea is what the whole passage is mostly about. Look at the title, the first sentence and the last sentence.</w:t>
      </w:r>
    </w:p>
    <w:p>
      <w:pPr>
        <w:pStyle w:val="Heading2"/>
      </w:pPr>
      <w:r>
        <w:t>4.2 Supporting details</w:t>
      </w:r>
    </w:p>
    <w:p>
      <w:r>
        <w:t>Details are facts or examples that explain the main idea. Underline two details for each passage.</w:t>
      </w:r>
    </w:p>
    <w:p>
      <w:pPr>
        <w:pStyle w:val="Heading1"/>
      </w:pPr>
      <w:r>
        <w:t>3. Decimals and percents</w:t>
      </w:r>
    </w:p>
    <w:p>
      <w:r>
        <w:t>Decimals and percents are other ways to write fractions with 10 or 100 equal parts.</w:t>
      </w:r>
    </w:p>
    <w:p>
      <w:pPr>
        <w:pStyle w:val="Heading2"/>
      </w:pPr>
      <w:r>
        <w:t>3.1 Tenths and hundredths</w:t>
      </w:r>
    </w:p>
    <w:p>
      <w:r>
        <w:t>0.7 means seven tenths. 0.45 means forty-five hundredths.</w:t>
      </w:r>
    </w:p>
    <w:p>
      <w:r>
        <w:rPr>
          <w:rFonts w:ascii="Arial" w:hAnsi="Arial"/>
          <w:b/>
          <w:sz w:val="26"/>
        </w:rPr>
        <w:t>3.2 Percents</w:t>
      </w:r>
    </w:p>
    <w:p>
      <w:r>
        <w:t>Percent means out of 100. 45% is the same as 0.45 and 45/100.</w:t>
      </w:r>
    </w:p>
    <w:p>
      <w:pPr>
        <w:pStyle w:val="Heading1"/>
      </w:pPr>
      <w:r>
        <w:t>Unit 5 Writing short answers</w:t>
      </w:r>
    </w:p>
    <w:p>
      <w:r>
        <w:t>A short answer has three parts: restate the question, give your answer, and add one piece of evidence.</w:t>
      </w:r>
    </w:p>
    <w:p>
      <w:pPr>
        <w:pStyle w:val="Heading2"/>
      </w:pPr>
      <w:r>
        <w:t>5.1 Restate the question</w:t>
      </w:r>
    </w:p>
    <w:p>
      <w:r>
        <w:t>Turn the question into the start of your sentence, so the reader knows what you are answering.</w:t>
      </w:r>
    </w:p>
    <w:p>
      <w:pPr>
        <w:pageBreakBefore/>
      </w:pPr>
      <w:r>
        <w:rPr>
          <w:b/>
          <w:sz w:val="32"/>
        </w:rPr>
        <w:t>Glossary</w:t>
      </w:r>
    </w:p>
    <w:p>
      <w:r>
        <w:t>Denominator: the bottom number of a fraction. Main idea: what a passage is mostly about. Percent: a number out of 100.</w:t>
      </w:r>
    </w:p>
    <w:p/>
    <w:p/>
    <w:p>
      <w:r>
        <w:rPr>
          <w:b/>
          <w:sz w:val="32"/>
        </w:rPr>
        <w:t>Answer key</w:t>
      </w:r>
    </w:p>
    <w:p>
      <w:r>
        <w:t>Unit 1: 4,580; 4,600; 5,000. Unit 2: 2/4, 3/6. Unit 3: 7/10, 0.45.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Course Workbook (draft with typed numbers)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