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 Program Sign-up</w:t>
      </w:r>
    </w:p>
    <w:p>
      <w:r>
        <w:rPr>
          <w:i/>
        </w:rPr>
        <w:t>Tutoring Club · Fort Lee Community Center · Course Workbook program</w:t>
      </w:r>
    </w:p>
    <w:p>
      <w:r>
        <w:t>Please fill in one form per student and return it to Room 204.</w:t>
      </w:r>
    </w:p>
    <w:p>
      <w:r>
        <w:t>Student name: ________________________________</w:t>
      </w:r>
    </w:p>
    <w:p>
      <w:r>
        <w:t>Grade: __________</w:t>
      </w:r>
    </w:p>
    <w:p>
      <w:r>
        <w:t>Program (circle one or both):    Math      Reading</w:t>
      </w:r>
    </w:p>
    <w:p>
      <w:r>
        <w:t>Start date: ____ / ____ / ________</w:t>
      </w:r>
    </w:p>
    <w:p>
      <w:r>
        <w:t>Guardian name: ________________________________</w:t>
      </w:r>
    </w:p>
    <w:p>
      <w:r>
        <w:t>Guardian phone: ______________________</w:t>
      </w:r>
    </w:p>
    <w:p>
      <w:r>
        <w:t>Home address: ________________________________________</w:t>
      </w:r>
    </w:p>
    <w:p>
      <w:r>
        <w:t>______________________________________________________</w:t>
      </w:r>
    </w:p>
    <w:p>
      <w:r>
        <w:t>How did you hear about us? (School / Friend / Library / Other: __________)</w:t>
      </w:r>
    </w:p>
    <w:p>
      <w:r>
        <w:t>Photo permission:   Yes   No</w:t>
      </w:r>
    </w:p>
    <w:p>
      <w:r>
        <w:t>Guardian signature: ______________________   Date: ____________</w:t>
      </w:r>
    </w:p>
    <w:p>
      <w:pPr>
        <w:pStyle w:val="Title"/>
        <w:pageBreakBefore/>
      </w:pPr>
      <w:r>
        <w:t>Course Workbook Feedback</w:t>
      </w:r>
    </w:p>
    <w:p>
      <w:r>
        <w:rPr>
          <w:i/>
        </w:rPr>
        <w:t>Tell us how the 25-page Course Workbook worked for your child this fall.</w:t>
      </w:r>
    </w:p>
    <w:p>
      <w:r>
        <w:t>Student name: ________________________________</w:t>
      </w:r>
    </w:p>
    <w:p>
      <w:r>
        <w:t>Which unit was the most helpful? (Unit 1 to Unit 6): ________</w:t>
      </w:r>
    </w:p>
    <w:p>
      <w:r>
        <w:t>The exercises were:   too easy      about right      too hard</w:t>
      </w:r>
    </w:p>
    <w:p>
      <w:r>
        <w:t>Comments: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>
      <w:r>
        <w:t>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Fall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- Sign-up and Feedback Forms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